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73585" w14:textId="1AD561B6" w:rsidR="006B72A6" w:rsidRPr="001E57E2" w:rsidRDefault="006B72A6" w:rsidP="006B72A6">
      <w:pPr>
        <w:spacing w:before="80"/>
        <w:jc w:val="center"/>
        <w:rPr>
          <w:sz w:val="32"/>
          <w:szCs w:val="32"/>
        </w:rPr>
      </w:pPr>
      <w:r w:rsidRPr="001E57E2">
        <w:rPr>
          <w:b/>
          <w:sz w:val="32"/>
          <w:szCs w:val="32"/>
        </w:rPr>
        <w:t>REGULAMIN</w:t>
      </w:r>
      <w:r w:rsidR="001E57E2" w:rsidRPr="001E57E2">
        <w:rPr>
          <w:b/>
          <w:sz w:val="32"/>
          <w:szCs w:val="32"/>
        </w:rPr>
        <w:t xml:space="preserve"> </w:t>
      </w:r>
      <w:r w:rsidR="001E57E2" w:rsidRPr="001E57E2">
        <w:rPr>
          <w:b/>
          <w:bCs/>
          <w:sz w:val="32"/>
          <w:szCs w:val="32"/>
          <w:lang w:val="pl-PL"/>
        </w:rPr>
        <w:t>WIECZÓR KARAOKE POD GWIAZDAMI &amp; KONKURS KARAOKE</w:t>
      </w:r>
    </w:p>
    <w:p w14:paraId="415CFE37" w14:textId="77777777" w:rsidR="006B72A6" w:rsidRPr="0079037A" w:rsidRDefault="006B72A6" w:rsidP="006B72A6">
      <w:pPr>
        <w:spacing w:before="80"/>
        <w:jc w:val="center"/>
        <w:rPr>
          <w:sz w:val="26"/>
          <w:szCs w:val="26"/>
        </w:rPr>
      </w:pPr>
      <w:r w:rsidRPr="0079037A">
        <w:rPr>
          <w:b/>
          <w:sz w:val="26"/>
          <w:szCs w:val="26"/>
        </w:rPr>
        <w:t>§ 1</w:t>
      </w:r>
    </w:p>
    <w:p w14:paraId="27916816" w14:textId="77777777" w:rsidR="006B72A6" w:rsidRPr="0079037A" w:rsidRDefault="006B72A6" w:rsidP="006B72A6">
      <w:pPr>
        <w:spacing w:before="80"/>
        <w:jc w:val="center"/>
        <w:rPr>
          <w:sz w:val="26"/>
          <w:szCs w:val="26"/>
        </w:rPr>
      </w:pPr>
      <w:r w:rsidRPr="0079037A">
        <w:rPr>
          <w:b/>
          <w:sz w:val="26"/>
          <w:szCs w:val="26"/>
        </w:rPr>
        <w:t>Organizator</w:t>
      </w:r>
    </w:p>
    <w:p w14:paraId="1052E13F" w14:textId="3EB0C42C" w:rsidR="006B72A6" w:rsidRPr="0079037A" w:rsidRDefault="006B72A6" w:rsidP="006B72A6">
      <w:pPr>
        <w:rPr>
          <w:sz w:val="26"/>
          <w:szCs w:val="26"/>
        </w:rPr>
      </w:pPr>
      <w:r w:rsidRPr="0079037A">
        <w:rPr>
          <w:sz w:val="26"/>
          <w:szCs w:val="26"/>
        </w:rPr>
        <w:t>Organizator: Miejski Dom Kultury, ul. Mickiewicza 19, 84-230 Rumia</w:t>
      </w:r>
    </w:p>
    <w:p w14:paraId="5697EBC7" w14:textId="2F73E9F4" w:rsidR="006B72A6" w:rsidRPr="0079037A" w:rsidRDefault="006B72A6" w:rsidP="006B72A6">
      <w:pPr>
        <w:spacing w:before="80"/>
        <w:jc w:val="center"/>
        <w:rPr>
          <w:sz w:val="26"/>
          <w:szCs w:val="26"/>
        </w:rPr>
      </w:pPr>
      <w:r w:rsidRPr="0079037A">
        <w:rPr>
          <w:b/>
          <w:sz w:val="26"/>
          <w:szCs w:val="26"/>
        </w:rPr>
        <w:t>§ 2</w:t>
      </w:r>
      <w:r w:rsidRPr="0079037A">
        <w:rPr>
          <w:b/>
          <w:sz w:val="26"/>
          <w:szCs w:val="26"/>
        </w:rPr>
        <w:br/>
        <w:t xml:space="preserve">Termin i </w:t>
      </w:r>
      <w:r w:rsidR="00E76036">
        <w:rPr>
          <w:b/>
          <w:sz w:val="26"/>
          <w:szCs w:val="26"/>
        </w:rPr>
        <w:t>m</w:t>
      </w:r>
      <w:r w:rsidRPr="0079037A">
        <w:rPr>
          <w:b/>
          <w:sz w:val="26"/>
          <w:szCs w:val="26"/>
        </w:rPr>
        <w:t>iejsce</w:t>
      </w:r>
    </w:p>
    <w:p w14:paraId="1D3D0C7C" w14:textId="1F7F5878" w:rsidR="006B72A6" w:rsidRPr="0079037A" w:rsidRDefault="006B72A6" w:rsidP="006B72A6">
      <w:pPr>
        <w:rPr>
          <w:sz w:val="26"/>
          <w:szCs w:val="26"/>
        </w:rPr>
      </w:pPr>
      <w:r w:rsidRPr="0079037A">
        <w:rPr>
          <w:sz w:val="26"/>
          <w:szCs w:val="26"/>
        </w:rPr>
        <w:t xml:space="preserve">1. Termin: </w:t>
      </w:r>
      <w:r w:rsidR="001E57E2">
        <w:rPr>
          <w:sz w:val="26"/>
          <w:szCs w:val="26"/>
        </w:rPr>
        <w:t>19.07</w:t>
      </w:r>
      <w:r w:rsidRPr="0079037A">
        <w:rPr>
          <w:sz w:val="26"/>
          <w:szCs w:val="26"/>
        </w:rPr>
        <w:t xml:space="preserve">.2026 r. w godz. </w:t>
      </w:r>
      <w:r w:rsidR="001E57E2">
        <w:rPr>
          <w:sz w:val="26"/>
          <w:szCs w:val="26"/>
        </w:rPr>
        <w:t>19:00-</w:t>
      </w:r>
      <w:r w:rsidR="007B1148">
        <w:rPr>
          <w:sz w:val="26"/>
          <w:szCs w:val="26"/>
        </w:rPr>
        <w:t>22:00</w:t>
      </w:r>
    </w:p>
    <w:p w14:paraId="4A14A6B2" w14:textId="01451801" w:rsidR="006B72A6" w:rsidRPr="0079037A" w:rsidRDefault="006B72A6" w:rsidP="006B72A6">
      <w:pPr>
        <w:rPr>
          <w:sz w:val="26"/>
          <w:szCs w:val="26"/>
        </w:rPr>
      </w:pPr>
      <w:r w:rsidRPr="0079037A">
        <w:rPr>
          <w:sz w:val="26"/>
          <w:szCs w:val="26"/>
        </w:rPr>
        <w:t>2. Miejsce:</w:t>
      </w:r>
      <w:r w:rsidR="005353A2" w:rsidRPr="0079037A">
        <w:rPr>
          <w:sz w:val="26"/>
          <w:szCs w:val="26"/>
        </w:rPr>
        <w:t xml:space="preserve"> </w:t>
      </w:r>
      <w:r w:rsidR="001E57E2">
        <w:rPr>
          <w:sz w:val="26"/>
          <w:szCs w:val="26"/>
        </w:rPr>
        <w:t>Amfiteatr na Górze Markowca</w:t>
      </w:r>
      <w:r w:rsidRPr="0079037A">
        <w:rPr>
          <w:sz w:val="26"/>
          <w:szCs w:val="26"/>
        </w:rPr>
        <w:t>, 84-230 Rumia</w:t>
      </w:r>
    </w:p>
    <w:p w14:paraId="154BD69B" w14:textId="77777777" w:rsidR="006B72A6" w:rsidRPr="0079037A" w:rsidRDefault="006B72A6" w:rsidP="006B72A6">
      <w:pPr>
        <w:spacing w:before="80"/>
        <w:jc w:val="center"/>
        <w:rPr>
          <w:sz w:val="26"/>
          <w:szCs w:val="26"/>
        </w:rPr>
      </w:pPr>
      <w:r w:rsidRPr="0079037A">
        <w:rPr>
          <w:b/>
          <w:sz w:val="26"/>
          <w:szCs w:val="26"/>
        </w:rPr>
        <w:t>§ 3</w:t>
      </w:r>
    </w:p>
    <w:p w14:paraId="1974A6EB" w14:textId="77777777" w:rsidR="006B72A6" w:rsidRPr="0079037A" w:rsidRDefault="006B72A6" w:rsidP="006B72A6">
      <w:pPr>
        <w:spacing w:before="80"/>
        <w:jc w:val="center"/>
        <w:rPr>
          <w:sz w:val="26"/>
          <w:szCs w:val="26"/>
        </w:rPr>
      </w:pPr>
      <w:r w:rsidRPr="0079037A">
        <w:rPr>
          <w:b/>
          <w:sz w:val="26"/>
          <w:szCs w:val="26"/>
        </w:rPr>
        <w:t>Warunki uczestnictwa i zasady bezpieczeństwa</w:t>
      </w:r>
    </w:p>
    <w:p w14:paraId="2B343819" w14:textId="77777777" w:rsidR="006B72A6" w:rsidRPr="0079037A" w:rsidRDefault="006B72A6" w:rsidP="006B72A6">
      <w:pPr>
        <w:rPr>
          <w:sz w:val="26"/>
          <w:szCs w:val="26"/>
        </w:rPr>
      </w:pPr>
      <w:r w:rsidRPr="0079037A">
        <w:rPr>
          <w:sz w:val="26"/>
          <w:szCs w:val="26"/>
        </w:rPr>
        <w:t>1. Udział w wydarzeniu jest bezpłatny i przysługuje wszystkim.</w:t>
      </w:r>
    </w:p>
    <w:p w14:paraId="0D58EFCD" w14:textId="77777777" w:rsidR="006B72A6" w:rsidRPr="0079037A" w:rsidRDefault="006B72A6" w:rsidP="006B72A6">
      <w:pPr>
        <w:rPr>
          <w:sz w:val="26"/>
          <w:szCs w:val="26"/>
        </w:rPr>
      </w:pPr>
      <w:r w:rsidRPr="0079037A">
        <w:rPr>
          <w:sz w:val="26"/>
          <w:szCs w:val="26"/>
        </w:rPr>
        <w:t>2. Udział osób nieletnich w wydarzeniu jest możliwy tylko i wyłącznie pod opieką osoby dorosłej i na wyłączną odpowiedzialność osób, które sprawują nad nimi pieczę.</w:t>
      </w:r>
    </w:p>
    <w:p w14:paraId="27F44159" w14:textId="77777777" w:rsidR="006B72A6" w:rsidRPr="0079037A" w:rsidRDefault="006B72A6" w:rsidP="006B72A6">
      <w:pPr>
        <w:rPr>
          <w:sz w:val="26"/>
          <w:szCs w:val="26"/>
        </w:rPr>
      </w:pPr>
      <w:r w:rsidRPr="0079037A">
        <w:rPr>
          <w:sz w:val="26"/>
          <w:szCs w:val="26"/>
        </w:rPr>
        <w:t>3. Organizator imprezy może odmówić udziału w wydarzeniu oraz przebywania na miejscu wydarzenia osobom:</w:t>
      </w:r>
    </w:p>
    <w:p w14:paraId="607BBDCF" w14:textId="77777777" w:rsidR="006B72A6" w:rsidRPr="0079037A" w:rsidRDefault="006B72A6" w:rsidP="006B72A6">
      <w:pPr>
        <w:ind w:left="454"/>
        <w:rPr>
          <w:sz w:val="26"/>
          <w:szCs w:val="26"/>
        </w:rPr>
      </w:pPr>
      <w:r w:rsidRPr="0079037A">
        <w:rPr>
          <w:sz w:val="26"/>
          <w:szCs w:val="26"/>
        </w:rPr>
        <w:t>a) znajdującym się pod widocznym wpływem alkoholu, środków odurzających, psychotropowych lub innych podobnie działających,</w:t>
      </w:r>
    </w:p>
    <w:p w14:paraId="062D9D2C" w14:textId="77777777" w:rsidR="006B72A6" w:rsidRPr="0079037A" w:rsidRDefault="006B72A6" w:rsidP="006B72A6">
      <w:pPr>
        <w:ind w:left="454"/>
        <w:rPr>
          <w:sz w:val="26"/>
          <w:szCs w:val="26"/>
        </w:rPr>
      </w:pPr>
      <w:r w:rsidRPr="0079037A">
        <w:rPr>
          <w:sz w:val="26"/>
          <w:szCs w:val="26"/>
        </w:rPr>
        <w:t>b) posiadającym broń lub inne niebezpieczne przedmioty, materiały wybuchowe, wyroby pirotechniczne, materiały pożarowo niebezpieczne, napoje alkoholowe, środki odurzające lub substancje psychotropowe i inne podobnie działające,</w:t>
      </w:r>
    </w:p>
    <w:p w14:paraId="1EF354D6" w14:textId="77777777" w:rsidR="006B72A6" w:rsidRPr="0079037A" w:rsidRDefault="006B72A6" w:rsidP="006B72A6">
      <w:pPr>
        <w:ind w:left="454"/>
        <w:rPr>
          <w:sz w:val="26"/>
          <w:szCs w:val="26"/>
        </w:rPr>
      </w:pPr>
      <w:r w:rsidRPr="0079037A">
        <w:rPr>
          <w:sz w:val="26"/>
          <w:szCs w:val="26"/>
        </w:rPr>
        <w:t>c) zachowującym się agresywnie, prowokacyjnie albo w inny sposób stwarzającym zagrożenie bezpieczeństwa lub porządku imprezy.</w:t>
      </w:r>
    </w:p>
    <w:p w14:paraId="780A63E4" w14:textId="77777777" w:rsidR="006B72A6" w:rsidRPr="0079037A" w:rsidRDefault="006B72A6" w:rsidP="006B72A6">
      <w:pPr>
        <w:rPr>
          <w:sz w:val="26"/>
          <w:szCs w:val="26"/>
        </w:rPr>
      </w:pPr>
      <w:r w:rsidRPr="0079037A">
        <w:rPr>
          <w:sz w:val="26"/>
          <w:szCs w:val="26"/>
        </w:rPr>
        <w:t>4. Zabrania się wnoszenia i posiadania w trakcie wydarzenia:</w:t>
      </w:r>
    </w:p>
    <w:p w14:paraId="41A70CFA" w14:textId="77777777" w:rsidR="006B72A6" w:rsidRPr="0079037A" w:rsidRDefault="006B72A6" w:rsidP="006B72A6">
      <w:pPr>
        <w:ind w:left="454"/>
        <w:rPr>
          <w:sz w:val="26"/>
          <w:szCs w:val="26"/>
        </w:rPr>
      </w:pPr>
      <w:r w:rsidRPr="0079037A">
        <w:rPr>
          <w:sz w:val="26"/>
          <w:szCs w:val="26"/>
        </w:rPr>
        <w:t>a) broni lub innych niebezpiecznych przedmiotów,</w:t>
      </w:r>
    </w:p>
    <w:p w14:paraId="40A9A312" w14:textId="77777777" w:rsidR="006B72A6" w:rsidRPr="0079037A" w:rsidRDefault="006B72A6" w:rsidP="006B72A6">
      <w:pPr>
        <w:ind w:left="454"/>
        <w:rPr>
          <w:sz w:val="26"/>
          <w:szCs w:val="26"/>
        </w:rPr>
      </w:pPr>
      <w:r w:rsidRPr="0079037A">
        <w:rPr>
          <w:sz w:val="26"/>
          <w:szCs w:val="26"/>
        </w:rPr>
        <w:t>b) materiałów wybuchowych i wyrobów pirotechnicznych,</w:t>
      </w:r>
    </w:p>
    <w:p w14:paraId="46E1B19F" w14:textId="77777777" w:rsidR="006B72A6" w:rsidRPr="0079037A" w:rsidRDefault="006B72A6" w:rsidP="006B72A6">
      <w:pPr>
        <w:ind w:left="454"/>
        <w:rPr>
          <w:sz w:val="26"/>
          <w:szCs w:val="26"/>
        </w:rPr>
      </w:pPr>
      <w:r w:rsidRPr="0079037A">
        <w:rPr>
          <w:sz w:val="26"/>
          <w:szCs w:val="26"/>
        </w:rPr>
        <w:t>c) materiałów pożarowo niebezpiecznych,</w:t>
      </w:r>
    </w:p>
    <w:p w14:paraId="5B67F08F" w14:textId="77777777" w:rsidR="006B72A6" w:rsidRPr="0079037A" w:rsidRDefault="006B72A6" w:rsidP="006B72A6">
      <w:pPr>
        <w:ind w:left="454"/>
        <w:rPr>
          <w:sz w:val="26"/>
          <w:szCs w:val="26"/>
        </w:rPr>
      </w:pPr>
      <w:r w:rsidRPr="0079037A">
        <w:rPr>
          <w:sz w:val="26"/>
          <w:szCs w:val="26"/>
        </w:rPr>
        <w:t>d) napojów alkoholowych</w:t>
      </w:r>
    </w:p>
    <w:p w14:paraId="3D8488F3" w14:textId="77777777" w:rsidR="006B72A6" w:rsidRPr="0079037A" w:rsidRDefault="006B72A6" w:rsidP="006B72A6">
      <w:pPr>
        <w:ind w:left="454"/>
        <w:rPr>
          <w:sz w:val="26"/>
          <w:szCs w:val="26"/>
        </w:rPr>
      </w:pPr>
      <w:r w:rsidRPr="0079037A">
        <w:rPr>
          <w:sz w:val="26"/>
          <w:szCs w:val="26"/>
        </w:rPr>
        <w:t>e) środków odurzających, substancji psychotropowych lub podobnie działających.</w:t>
      </w:r>
    </w:p>
    <w:p w14:paraId="20869471" w14:textId="77777777" w:rsidR="006B72A6" w:rsidRPr="0079037A" w:rsidRDefault="006B72A6" w:rsidP="006B72A6">
      <w:pPr>
        <w:rPr>
          <w:sz w:val="26"/>
          <w:szCs w:val="26"/>
        </w:rPr>
      </w:pPr>
      <w:r w:rsidRPr="0079037A">
        <w:rPr>
          <w:sz w:val="26"/>
          <w:szCs w:val="26"/>
        </w:rPr>
        <w:t>5. Zakazuje się wprowadzania na teren wydarzenia psów i innych zwierząt bez odpowiedniego zabezpieczenia gwarantującego kontrolę nad zwierzęciem.</w:t>
      </w:r>
    </w:p>
    <w:p w14:paraId="65F9756F" w14:textId="77777777" w:rsidR="006B72A6" w:rsidRPr="0079037A" w:rsidRDefault="006B72A6" w:rsidP="006B72A6">
      <w:pPr>
        <w:rPr>
          <w:sz w:val="26"/>
          <w:szCs w:val="26"/>
        </w:rPr>
      </w:pPr>
      <w:r w:rsidRPr="0079037A">
        <w:rPr>
          <w:sz w:val="26"/>
          <w:szCs w:val="26"/>
        </w:rPr>
        <w:t>6. Zabrania się dewastacji i niszczenia obiektu i jego otoczenia oraz wszelkich urządzeń znajdujących się w miejscu wydarzenia.</w:t>
      </w:r>
    </w:p>
    <w:p w14:paraId="2E1B20FB" w14:textId="77777777" w:rsidR="006B72A6" w:rsidRPr="0079037A" w:rsidRDefault="006B72A6" w:rsidP="006B72A6">
      <w:pPr>
        <w:rPr>
          <w:sz w:val="26"/>
          <w:szCs w:val="26"/>
        </w:rPr>
      </w:pPr>
      <w:r w:rsidRPr="0079037A">
        <w:rPr>
          <w:sz w:val="26"/>
          <w:szCs w:val="26"/>
        </w:rPr>
        <w:t>7. Organizator zapewnia bezpieczeństwo osobom obecnym na wydarzeniu oraz porządek podczas trwania imprezy, poprzez:</w:t>
      </w:r>
    </w:p>
    <w:p w14:paraId="61CD081C" w14:textId="77777777" w:rsidR="006B72A6" w:rsidRPr="0079037A" w:rsidRDefault="006B72A6" w:rsidP="006B72A6">
      <w:pPr>
        <w:ind w:left="454"/>
        <w:rPr>
          <w:sz w:val="26"/>
          <w:szCs w:val="26"/>
        </w:rPr>
      </w:pPr>
      <w:r w:rsidRPr="0079037A">
        <w:rPr>
          <w:sz w:val="26"/>
          <w:szCs w:val="26"/>
        </w:rPr>
        <w:t>a) służby porządkowe odpowiednio oznaczone,</w:t>
      </w:r>
    </w:p>
    <w:p w14:paraId="11BD0C97" w14:textId="33B4AB91" w:rsidR="006B72A6" w:rsidRPr="0079037A" w:rsidRDefault="006B72A6" w:rsidP="006B72A6">
      <w:pPr>
        <w:ind w:left="454"/>
        <w:rPr>
          <w:sz w:val="26"/>
          <w:szCs w:val="26"/>
        </w:rPr>
      </w:pPr>
      <w:r w:rsidRPr="0079037A">
        <w:rPr>
          <w:sz w:val="26"/>
          <w:szCs w:val="26"/>
        </w:rPr>
        <w:t>b) pracowników Miejskiego Domu Kultury</w:t>
      </w:r>
    </w:p>
    <w:p w14:paraId="1C98BE58" w14:textId="77777777" w:rsidR="006B72A6" w:rsidRPr="0079037A" w:rsidRDefault="006B72A6" w:rsidP="006B72A6">
      <w:pPr>
        <w:ind w:left="454"/>
        <w:rPr>
          <w:sz w:val="26"/>
          <w:szCs w:val="26"/>
        </w:rPr>
      </w:pPr>
      <w:r w:rsidRPr="0079037A">
        <w:rPr>
          <w:sz w:val="26"/>
          <w:szCs w:val="26"/>
        </w:rPr>
        <w:t>c) ratowników medycznych.</w:t>
      </w:r>
    </w:p>
    <w:p w14:paraId="2ACB065E" w14:textId="77777777" w:rsidR="006B72A6" w:rsidRPr="0079037A" w:rsidRDefault="006B72A6" w:rsidP="006B72A6">
      <w:pPr>
        <w:rPr>
          <w:sz w:val="26"/>
          <w:szCs w:val="26"/>
        </w:rPr>
      </w:pPr>
      <w:r w:rsidRPr="0079037A">
        <w:rPr>
          <w:sz w:val="26"/>
          <w:szCs w:val="26"/>
        </w:rPr>
        <w:t>8. Uczestnicy imprezy oraz wszystkie inne osoby, które znajdują się na terenie imprezy zobowiązane są stosować się do poleceń służb porządkowych i informacyjnych. Odmowa zastosowania się do tych poleceń może wynikać wyłącznie z uwagi na ich sprzeczność z powszechnie obowiązującymi przepisami prawa.</w:t>
      </w:r>
    </w:p>
    <w:p w14:paraId="49C01A2A" w14:textId="77777777" w:rsidR="006B72A6" w:rsidRDefault="006B72A6" w:rsidP="006B72A6">
      <w:pPr>
        <w:rPr>
          <w:sz w:val="26"/>
          <w:szCs w:val="26"/>
        </w:rPr>
      </w:pPr>
      <w:r w:rsidRPr="0079037A">
        <w:rPr>
          <w:sz w:val="26"/>
          <w:szCs w:val="26"/>
        </w:rPr>
        <w:t>9. Osoby będące świadkami wypadku, pożaru lub innego zdarzenia potencjalnie zagrażającego życiu lub zdrowiu ludzkiemu lub mieniu powinny niezwłocznie powiadomić służby porządkowe.</w:t>
      </w:r>
    </w:p>
    <w:p w14:paraId="19E59155" w14:textId="77777777" w:rsidR="001E57E2" w:rsidRDefault="001E57E2" w:rsidP="006B72A6">
      <w:pPr>
        <w:rPr>
          <w:sz w:val="26"/>
          <w:szCs w:val="26"/>
        </w:rPr>
      </w:pPr>
    </w:p>
    <w:p w14:paraId="22DD04D6" w14:textId="77777777" w:rsidR="001E57E2" w:rsidRDefault="001E57E2" w:rsidP="006B72A6">
      <w:pPr>
        <w:rPr>
          <w:sz w:val="26"/>
          <w:szCs w:val="26"/>
        </w:rPr>
      </w:pPr>
    </w:p>
    <w:p w14:paraId="121A163A" w14:textId="1B050EAF" w:rsidR="001E57E2" w:rsidRDefault="001E57E2" w:rsidP="001E57E2">
      <w:pPr>
        <w:spacing w:before="80"/>
        <w:jc w:val="center"/>
        <w:rPr>
          <w:b/>
          <w:sz w:val="26"/>
          <w:szCs w:val="26"/>
        </w:rPr>
      </w:pPr>
      <w:r w:rsidRPr="0079037A">
        <w:rPr>
          <w:b/>
          <w:sz w:val="26"/>
          <w:szCs w:val="26"/>
        </w:rPr>
        <w:lastRenderedPageBreak/>
        <w:t xml:space="preserve">§ </w:t>
      </w:r>
      <w:r>
        <w:rPr>
          <w:b/>
          <w:sz w:val="26"/>
          <w:szCs w:val="26"/>
        </w:rPr>
        <w:t>4</w:t>
      </w:r>
      <w:r>
        <w:rPr>
          <w:b/>
          <w:sz w:val="26"/>
          <w:szCs w:val="26"/>
        </w:rPr>
        <w:br/>
        <w:t>Konkurs karaoke</w:t>
      </w:r>
    </w:p>
    <w:p w14:paraId="00A56B04" w14:textId="4D02A695" w:rsidR="001E57E2" w:rsidRPr="001E57E2" w:rsidRDefault="001E57E2" w:rsidP="001E57E2">
      <w:pPr>
        <w:spacing w:before="80"/>
        <w:rPr>
          <w:sz w:val="26"/>
          <w:szCs w:val="26"/>
          <w:lang w:val="pl-PL"/>
        </w:rPr>
      </w:pPr>
      <w:r w:rsidRPr="001E57E2">
        <w:rPr>
          <w:sz w:val="26"/>
          <w:szCs w:val="26"/>
          <w:lang w:val="pl-PL"/>
        </w:rPr>
        <w:t>1. Informacje ogólne</w:t>
      </w:r>
    </w:p>
    <w:p w14:paraId="5F66988C" w14:textId="164B33A6" w:rsidR="001E57E2" w:rsidRPr="001E57E2" w:rsidRDefault="001E57E2" w:rsidP="001E57E2">
      <w:pPr>
        <w:pStyle w:val="Akapitzlist"/>
        <w:numPr>
          <w:ilvl w:val="0"/>
          <w:numId w:val="10"/>
        </w:numPr>
        <w:spacing w:before="80"/>
        <w:rPr>
          <w:sz w:val="26"/>
          <w:szCs w:val="26"/>
          <w:lang w:val="pl-PL"/>
        </w:rPr>
      </w:pPr>
      <w:r w:rsidRPr="001E57E2">
        <w:rPr>
          <w:sz w:val="26"/>
          <w:szCs w:val="26"/>
          <w:lang w:val="pl-PL"/>
        </w:rPr>
        <w:t>Konkurs odbędzie się 19 lipca 2026 roku w Amfiteatrze na Górze Markowca w Rumi</w:t>
      </w:r>
      <w:r w:rsidR="007B1148">
        <w:rPr>
          <w:sz w:val="26"/>
          <w:szCs w:val="26"/>
          <w:lang w:val="pl-PL"/>
        </w:rPr>
        <w:t>.</w:t>
      </w:r>
    </w:p>
    <w:p w14:paraId="7DF71204" w14:textId="77777777" w:rsidR="001E57E2" w:rsidRPr="001E57E2" w:rsidRDefault="001E57E2" w:rsidP="001E57E2">
      <w:pPr>
        <w:numPr>
          <w:ilvl w:val="0"/>
          <w:numId w:val="10"/>
        </w:numPr>
        <w:spacing w:before="80"/>
        <w:rPr>
          <w:sz w:val="26"/>
          <w:szCs w:val="26"/>
          <w:lang w:val="pl-PL"/>
        </w:rPr>
      </w:pPr>
      <w:r w:rsidRPr="001E57E2">
        <w:rPr>
          <w:sz w:val="26"/>
          <w:szCs w:val="26"/>
          <w:lang w:val="pl-PL"/>
        </w:rPr>
        <w:t>Konkurs jest częścią wydarzenia „Wieczór Karaoke pod gwiazdami &amp; Konkurs Karaoke”.</w:t>
      </w:r>
    </w:p>
    <w:p w14:paraId="0A7B1785" w14:textId="77777777" w:rsidR="001E57E2" w:rsidRPr="001E57E2" w:rsidRDefault="001E57E2" w:rsidP="001E57E2">
      <w:pPr>
        <w:numPr>
          <w:ilvl w:val="0"/>
          <w:numId w:val="10"/>
        </w:numPr>
        <w:spacing w:before="80"/>
        <w:rPr>
          <w:sz w:val="26"/>
          <w:szCs w:val="26"/>
          <w:lang w:val="pl-PL"/>
        </w:rPr>
      </w:pPr>
      <w:r w:rsidRPr="001E57E2">
        <w:rPr>
          <w:sz w:val="26"/>
          <w:szCs w:val="26"/>
          <w:lang w:val="pl-PL"/>
        </w:rPr>
        <w:t>Udział w konkursie jest bezpłatny.</w:t>
      </w:r>
    </w:p>
    <w:p w14:paraId="2F420ABB" w14:textId="77777777" w:rsidR="001E57E2" w:rsidRPr="001E57E2" w:rsidRDefault="001E57E2" w:rsidP="001E57E2">
      <w:pPr>
        <w:numPr>
          <w:ilvl w:val="0"/>
          <w:numId w:val="10"/>
        </w:numPr>
        <w:spacing w:before="80"/>
        <w:rPr>
          <w:sz w:val="26"/>
          <w:szCs w:val="26"/>
          <w:lang w:val="pl-PL"/>
        </w:rPr>
      </w:pPr>
      <w:r w:rsidRPr="001E57E2">
        <w:rPr>
          <w:sz w:val="26"/>
          <w:szCs w:val="26"/>
          <w:lang w:val="pl-PL"/>
        </w:rPr>
        <w:t>Celem konkursu jest popularyzowanie śpiewu, wspieranie talentów wokalnych oraz stworzenie uczestnikom możliwości zaprezentowania swoich umiejętności przed publicznością.</w:t>
      </w:r>
    </w:p>
    <w:p w14:paraId="13A2715E" w14:textId="74441688" w:rsidR="001E57E2" w:rsidRPr="001E57E2" w:rsidRDefault="001E57E2" w:rsidP="001E57E2">
      <w:pPr>
        <w:spacing w:before="80"/>
        <w:rPr>
          <w:sz w:val="26"/>
          <w:szCs w:val="26"/>
          <w:lang w:val="pl-PL"/>
        </w:rPr>
      </w:pPr>
      <w:r w:rsidRPr="001E57E2">
        <w:rPr>
          <w:sz w:val="26"/>
          <w:szCs w:val="26"/>
          <w:lang w:val="pl-PL"/>
        </w:rPr>
        <w:t>2. Zgłoszenia do konkursu</w:t>
      </w:r>
    </w:p>
    <w:p w14:paraId="59E3D6EC" w14:textId="7856F1E3" w:rsidR="001E57E2" w:rsidRPr="001E57E2" w:rsidRDefault="001E57E2" w:rsidP="001E57E2">
      <w:pPr>
        <w:pStyle w:val="Akapitzlist"/>
        <w:numPr>
          <w:ilvl w:val="0"/>
          <w:numId w:val="11"/>
        </w:numPr>
        <w:spacing w:before="80"/>
        <w:rPr>
          <w:sz w:val="26"/>
          <w:szCs w:val="26"/>
          <w:lang w:val="pl-PL"/>
        </w:rPr>
      </w:pPr>
      <w:r w:rsidRPr="001E57E2">
        <w:rPr>
          <w:sz w:val="26"/>
          <w:szCs w:val="26"/>
          <w:lang w:val="pl-PL"/>
        </w:rPr>
        <w:t>Osoby zainteresowane udziałem w konkursie powinny przesłać zgłoszenie najpóźniej do 10 lipca 2026 roku.</w:t>
      </w:r>
    </w:p>
    <w:p w14:paraId="14B90948" w14:textId="77777777" w:rsidR="001E57E2" w:rsidRPr="001E57E2" w:rsidRDefault="001E57E2" w:rsidP="001E57E2">
      <w:pPr>
        <w:numPr>
          <w:ilvl w:val="0"/>
          <w:numId w:val="11"/>
        </w:numPr>
        <w:spacing w:before="80"/>
        <w:rPr>
          <w:sz w:val="26"/>
          <w:szCs w:val="26"/>
          <w:lang w:val="pl-PL"/>
        </w:rPr>
      </w:pPr>
      <w:r w:rsidRPr="001E57E2">
        <w:rPr>
          <w:sz w:val="26"/>
          <w:szCs w:val="26"/>
          <w:lang w:val="pl-PL"/>
        </w:rPr>
        <w:t xml:space="preserve">Zgłoszenie należy przesłać na adres e-mail: </w:t>
      </w:r>
      <w:hyperlink r:id="rId6" w:history="1">
        <w:r w:rsidRPr="001E57E2">
          <w:rPr>
            <w:rStyle w:val="Hipercze"/>
            <w:sz w:val="26"/>
            <w:szCs w:val="26"/>
            <w:lang w:val="pl-PL"/>
          </w:rPr>
          <w:t>zapisy@mdk.rumia.pl</w:t>
        </w:r>
      </w:hyperlink>
      <w:r w:rsidRPr="001E57E2">
        <w:rPr>
          <w:sz w:val="26"/>
          <w:szCs w:val="26"/>
          <w:lang w:val="pl-PL"/>
        </w:rPr>
        <w:t>.</w:t>
      </w:r>
    </w:p>
    <w:p w14:paraId="19A5D810" w14:textId="77777777" w:rsidR="001E57E2" w:rsidRPr="001E57E2" w:rsidRDefault="001E57E2" w:rsidP="001E57E2">
      <w:pPr>
        <w:numPr>
          <w:ilvl w:val="0"/>
          <w:numId w:val="11"/>
        </w:numPr>
        <w:spacing w:before="80"/>
        <w:rPr>
          <w:sz w:val="26"/>
          <w:szCs w:val="26"/>
          <w:lang w:val="pl-PL"/>
        </w:rPr>
      </w:pPr>
      <w:r w:rsidRPr="001E57E2">
        <w:rPr>
          <w:sz w:val="26"/>
          <w:szCs w:val="26"/>
          <w:lang w:val="pl-PL"/>
        </w:rPr>
        <w:t>Do zgłoszenia należy dołączyć około 30-sekundowe nagranie wideo prezentujące umiejętności wokalne oraz sceniczną charyzmę kandydata.</w:t>
      </w:r>
    </w:p>
    <w:p w14:paraId="0A5EAD8A" w14:textId="77777777" w:rsidR="001E57E2" w:rsidRPr="001E57E2" w:rsidRDefault="001E57E2" w:rsidP="001E57E2">
      <w:pPr>
        <w:numPr>
          <w:ilvl w:val="0"/>
          <w:numId w:val="11"/>
        </w:numPr>
        <w:spacing w:before="80"/>
        <w:rPr>
          <w:sz w:val="26"/>
          <w:szCs w:val="26"/>
          <w:lang w:val="pl-PL"/>
        </w:rPr>
      </w:pPr>
      <w:r w:rsidRPr="001E57E2">
        <w:rPr>
          <w:sz w:val="26"/>
          <w:szCs w:val="26"/>
          <w:lang w:val="pl-PL"/>
        </w:rPr>
        <w:t>W treści wiadomości należy podać:</w:t>
      </w:r>
    </w:p>
    <w:p w14:paraId="6D3444CC" w14:textId="77777777" w:rsidR="001E57E2" w:rsidRPr="001E57E2" w:rsidRDefault="001E57E2" w:rsidP="001E57E2">
      <w:pPr>
        <w:numPr>
          <w:ilvl w:val="1"/>
          <w:numId w:val="11"/>
        </w:numPr>
        <w:tabs>
          <w:tab w:val="num" w:pos="1440"/>
        </w:tabs>
        <w:spacing w:before="80"/>
        <w:rPr>
          <w:sz w:val="26"/>
          <w:szCs w:val="26"/>
          <w:lang w:val="pl-PL"/>
        </w:rPr>
      </w:pPr>
      <w:r w:rsidRPr="001E57E2">
        <w:rPr>
          <w:sz w:val="26"/>
          <w:szCs w:val="26"/>
          <w:lang w:val="pl-PL"/>
        </w:rPr>
        <w:t>imię i nazwisko uczestnika,</w:t>
      </w:r>
    </w:p>
    <w:p w14:paraId="094032C2" w14:textId="77777777" w:rsidR="001E57E2" w:rsidRPr="001E57E2" w:rsidRDefault="001E57E2" w:rsidP="001E57E2">
      <w:pPr>
        <w:numPr>
          <w:ilvl w:val="1"/>
          <w:numId w:val="11"/>
        </w:numPr>
        <w:tabs>
          <w:tab w:val="num" w:pos="1440"/>
        </w:tabs>
        <w:spacing w:before="80"/>
        <w:rPr>
          <w:sz w:val="26"/>
          <w:szCs w:val="26"/>
          <w:lang w:val="pl-PL"/>
        </w:rPr>
      </w:pPr>
      <w:r w:rsidRPr="001E57E2">
        <w:rPr>
          <w:sz w:val="26"/>
          <w:szCs w:val="26"/>
          <w:lang w:val="pl-PL"/>
        </w:rPr>
        <w:t>wiek uczestnika,</w:t>
      </w:r>
    </w:p>
    <w:p w14:paraId="7EE7FEA2" w14:textId="77777777" w:rsidR="001E57E2" w:rsidRPr="001E57E2" w:rsidRDefault="001E57E2" w:rsidP="001E57E2">
      <w:pPr>
        <w:numPr>
          <w:ilvl w:val="1"/>
          <w:numId w:val="11"/>
        </w:numPr>
        <w:tabs>
          <w:tab w:val="num" w:pos="1440"/>
        </w:tabs>
        <w:spacing w:before="80"/>
        <w:rPr>
          <w:sz w:val="26"/>
          <w:szCs w:val="26"/>
          <w:lang w:val="pl-PL"/>
        </w:rPr>
      </w:pPr>
      <w:r w:rsidRPr="001E57E2">
        <w:rPr>
          <w:sz w:val="26"/>
          <w:szCs w:val="26"/>
          <w:lang w:val="pl-PL"/>
        </w:rPr>
        <w:t>numer telefonu kontaktowego,</w:t>
      </w:r>
    </w:p>
    <w:p w14:paraId="25209BF7" w14:textId="77777777" w:rsidR="001E57E2" w:rsidRPr="001E57E2" w:rsidRDefault="001E57E2" w:rsidP="001E57E2">
      <w:pPr>
        <w:numPr>
          <w:ilvl w:val="1"/>
          <w:numId w:val="11"/>
        </w:numPr>
        <w:tabs>
          <w:tab w:val="num" w:pos="1440"/>
        </w:tabs>
        <w:spacing w:before="80"/>
        <w:rPr>
          <w:sz w:val="26"/>
          <w:szCs w:val="26"/>
          <w:lang w:val="pl-PL"/>
        </w:rPr>
      </w:pPr>
      <w:r w:rsidRPr="001E57E2">
        <w:rPr>
          <w:sz w:val="26"/>
          <w:szCs w:val="26"/>
          <w:lang w:val="pl-PL"/>
        </w:rPr>
        <w:t>adres e-mail,</w:t>
      </w:r>
    </w:p>
    <w:p w14:paraId="6F0C2A2B" w14:textId="77777777" w:rsidR="001E57E2" w:rsidRPr="001E57E2" w:rsidRDefault="001E57E2" w:rsidP="001E57E2">
      <w:pPr>
        <w:numPr>
          <w:ilvl w:val="1"/>
          <w:numId w:val="11"/>
        </w:numPr>
        <w:tabs>
          <w:tab w:val="num" w:pos="1440"/>
        </w:tabs>
        <w:spacing w:before="80"/>
        <w:rPr>
          <w:sz w:val="26"/>
          <w:szCs w:val="26"/>
          <w:lang w:val="pl-PL"/>
        </w:rPr>
      </w:pPr>
      <w:r w:rsidRPr="001E57E2">
        <w:rPr>
          <w:sz w:val="26"/>
          <w:szCs w:val="26"/>
          <w:lang w:val="pl-PL"/>
        </w:rPr>
        <w:t>tytuł i wykonawcę utworu planowanego do wykonania podczas konkursu.</w:t>
      </w:r>
    </w:p>
    <w:p w14:paraId="40BAB2DA" w14:textId="77777777" w:rsidR="001E57E2" w:rsidRPr="001E57E2" w:rsidRDefault="001E57E2" w:rsidP="001E57E2">
      <w:pPr>
        <w:numPr>
          <w:ilvl w:val="0"/>
          <w:numId w:val="11"/>
        </w:numPr>
        <w:spacing w:before="80"/>
        <w:rPr>
          <w:sz w:val="26"/>
          <w:szCs w:val="26"/>
          <w:lang w:val="pl-PL"/>
        </w:rPr>
      </w:pPr>
      <w:r w:rsidRPr="001E57E2">
        <w:rPr>
          <w:sz w:val="26"/>
          <w:szCs w:val="26"/>
          <w:lang w:val="pl-PL"/>
        </w:rPr>
        <w:t>Przesłanie zgłoszenia jest równoznaczne z akceptacją niniejszego regulaminu.</w:t>
      </w:r>
    </w:p>
    <w:p w14:paraId="556C1927" w14:textId="77777777" w:rsidR="001E57E2" w:rsidRPr="001E57E2" w:rsidRDefault="001E57E2" w:rsidP="001E57E2">
      <w:pPr>
        <w:numPr>
          <w:ilvl w:val="0"/>
          <w:numId w:val="11"/>
        </w:numPr>
        <w:spacing w:before="80"/>
        <w:rPr>
          <w:sz w:val="26"/>
          <w:szCs w:val="26"/>
          <w:lang w:val="pl-PL"/>
        </w:rPr>
      </w:pPr>
      <w:r w:rsidRPr="001E57E2">
        <w:rPr>
          <w:sz w:val="26"/>
          <w:szCs w:val="26"/>
          <w:lang w:val="pl-PL"/>
        </w:rPr>
        <w:t>Zgłoszenia przesłane po terminie lub niekompletne mogą nie zostać uwzględnione.</w:t>
      </w:r>
    </w:p>
    <w:p w14:paraId="2F0DE3B5" w14:textId="6104C4F0" w:rsidR="001E57E2" w:rsidRPr="001E57E2" w:rsidRDefault="001E57E2" w:rsidP="001E57E2">
      <w:pPr>
        <w:spacing w:before="80"/>
        <w:rPr>
          <w:sz w:val="26"/>
          <w:szCs w:val="26"/>
          <w:lang w:val="pl-PL"/>
        </w:rPr>
      </w:pPr>
      <w:r w:rsidRPr="001E57E2">
        <w:rPr>
          <w:sz w:val="26"/>
          <w:szCs w:val="26"/>
          <w:lang w:val="pl-PL"/>
        </w:rPr>
        <w:t>3. Kwalifikacja uczestników</w:t>
      </w:r>
    </w:p>
    <w:p w14:paraId="42E557DE" w14:textId="571DC4B1" w:rsidR="001E57E2" w:rsidRPr="001E57E2" w:rsidRDefault="001E57E2" w:rsidP="001E57E2">
      <w:pPr>
        <w:pStyle w:val="Akapitzlist"/>
        <w:numPr>
          <w:ilvl w:val="0"/>
          <w:numId w:val="12"/>
        </w:numPr>
        <w:spacing w:before="80"/>
        <w:rPr>
          <w:sz w:val="26"/>
          <w:szCs w:val="26"/>
          <w:lang w:val="pl-PL"/>
        </w:rPr>
      </w:pPr>
      <w:r w:rsidRPr="001E57E2">
        <w:rPr>
          <w:sz w:val="26"/>
          <w:szCs w:val="26"/>
          <w:lang w:val="pl-PL"/>
        </w:rPr>
        <w:t>Spośród nadesłanych zgłoszeń Organizator wybierze osoby zakwalifikowane do udziału w konkursie.</w:t>
      </w:r>
    </w:p>
    <w:p w14:paraId="7368B391" w14:textId="77777777" w:rsidR="001E57E2" w:rsidRPr="001E57E2" w:rsidRDefault="001E57E2" w:rsidP="001E57E2">
      <w:pPr>
        <w:numPr>
          <w:ilvl w:val="0"/>
          <w:numId w:val="12"/>
        </w:numPr>
        <w:spacing w:before="80"/>
        <w:rPr>
          <w:sz w:val="26"/>
          <w:szCs w:val="26"/>
          <w:lang w:val="pl-PL"/>
        </w:rPr>
      </w:pPr>
      <w:r w:rsidRPr="001E57E2">
        <w:rPr>
          <w:sz w:val="26"/>
          <w:szCs w:val="26"/>
          <w:lang w:val="pl-PL"/>
        </w:rPr>
        <w:t>Przy wyborze uczestników brane będą pod uwagę w szczególności:</w:t>
      </w:r>
    </w:p>
    <w:p w14:paraId="12BDAC4D" w14:textId="77777777" w:rsidR="001E57E2" w:rsidRPr="001E57E2" w:rsidRDefault="001E57E2" w:rsidP="001E57E2">
      <w:pPr>
        <w:numPr>
          <w:ilvl w:val="1"/>
          <w:numId w:val="12"/>
        </w:numPr>
        <w:spacing w:before="80"/>
        <w:rPr>
          <w:sz w:val="26"/>
          <w:szCs w:val="26"/>
          <w:lang w:val="pl-PL"/>
        </w:rPr>
      </w:pPr>
      <w:r w:rsidRPr="001E57E2">
        <w:rPr>
          <w:sz w:val="26"/>
          <w:szCs w:val="26"/>
          <w:lang w:val="pl-PL"/>
        </w:rPr>
        <w:t>umiejętności wokalne,</w:t>
      </w:r>
    </w:p>
    <w:p w14:paraId="1187CBBC" w14:textId="77777777" w:rsidR="001E57E2" w:rsidRPr="001E57E2" w:rsidRDefault="001E57E2" w:rsidP="001E57E2">
      <w:pPr>
        <w:numPr>
          <w:ilvl w:val="1"/>
          <w:numId w:val="12"/>
        </w:numPr>
        <w:spacing w:before="80"/>
        <w:rPr>
          <w:sz w:val="26"/>
          <w:szCs w:val="26"/>
          <w:lang w:val="pl-PL"/>
        </w:rPr>
      </w:pPr>
      <w:r w:rsidRPr="001E57E2">
        <w:rPr>
          <w:sz w:val="26"/>
          <w:szCs w:val="26"/>
          <w:lang w:val="pl-PL"/>
        </w:rPr>
        <w:t>interpretacja utworu,</w:t>
      </w:r>
    </w:p>
    <w:p w14:paraId="219FA2E5" w14:textId="77777777" w:rsidR="001E57E2" w:rsidRPr="001E57E2" w:rsidRDefault="001E57E2" w:rsidP="001E57E2">
      <w:pPr>
        <w:numPr>
          <w:ilvl w:val="1"/>
          <w:numId w:val="12"/>
        </w:numPr>
        <w:spacing w:before="80"/>
        <w:rPr>
          <w:sz w:val="26"/>
          <w:szCs w:val="26"/>
          <w:lang w:val="pl-PL"/>
        </w:rPr>
      </w:pPr>
      <w:r w:rsidRPr="001E57E2">
        <w:rPr>
          <w:sz w:val="26"/>
          <w:szCs w:val="26"/>
          <w:lang w:val="pl-PL"/>
        </w:rPr>
        <w:t>charyzma i swoboda sceniczna,</w:t>
      </w:r>
    </w:p>
    <w:p w14:paraId="0438FC7E" w14:textId="77777777" w:rsidR="001E57E2" w:rsidRPr="001E57E2" w:rsidRDefault="001E57E2" w:rsidP="001E57E2">
      <w:pPr>
        <w:numPr>
          <w:ilvl w:val="1"/>
          <w:numId w:val="12"/>
        </w:numPr>
        <w:spacing w:before="80"/>
        <w:rPr>
          <w:sz w:val="26"/>
          <w:szCs w:val="26"/>
          <w:lang w:val="pl-PL"/>
        </w:rPr>
      </w:pPr>
      <w:r w:rsidRPr="001E57E2">
        <w:rPr>
          <w:sz w:val="26"/>
          <w:szCs w:val="26"/>
          <w:lang w:val="pl-PL"/>
        </w:rPr>
        <w:t>ogólny charakter przesłanego nagrania.</w:t>
      </w:r>
    </w:p>
    <w:p w14:paraId="193B2453" w14:textId="77777777" w:rsidR="001E57E2" w:rsidRPr="001E57E2" w:rsidRDefault="001E57E2" w:rsidP="001E57E2">
      <w:pPr>
        <w:numPr>
          <w:ilvl w:val="0"/>
          <w:numId w:val="12"/>
        </w:numPr>
        <w:spacing w:before="80"/>
        <w:rPr>
          <w:sz w:val="26"/>
          <w:szCs w:val="26"/>
          <w:lang w:val="pl-PL"/>
        </w:rPr>
      </w:pPr>
      <w:r w:rsidRPr="001E57E2">
        <w:rPr>
          <w:sz w:val="26"/>
          <w:szCs w:val="26"/>
          <w:lang w:val="pl-PL"/>
        </w:rPr>
        <w:t>Wybrane osoby otrzymają 13 lipca 2026 roku wiadomość e-mail z oficjalnym zaproszeniem do udziału w konkursie.</w:t>
      </w:r>
    </w:p>
    <w:p w14:paraId="0CED409F" w14:textId="77777777" w:rsidR="001E57E2" w:rsidRPr="001E57E2" w:rsidRDefault="001E57E2" w:rsidP="001E57E2">
      <w:pPr>
        <w:numPr>
          <w:ilvl w:val="0"/>
          <w:numId w:val="12"/>
        </w:numPr>
        <w:spacing w:before="80"/>
        <w:rPr>
          <w:sz w:val="26"/>
          <w:szCs w:val="26"/>
          <w:lang w:val="pl-PL"/>
        </w:rPr>
      </w:pPr>
      <w:r w:rsidRPr="001E57E2">
        <w:rPr>
          <w:sz w:val="26"/>
          <w:szCs w:val="26"/>
          <w:lang w:val="pl-PL"/>
        </w:rPr>
        <w:t>Brak wiadomości e-mail z zaproszeniem oznacza, że dana osoba nie została zakwalifikowana do części konkursowej.</w:t>
      </w:r>
    </w:p>
    <w:p w14:paraId="04D4DDA5" w14:textId="77777777" w:rsidR="001E57E2" w:rsidRPr="001E57E2" w:rsidRDefault="001E57E2" w:rsidP="001E57E2">
      <w:pPr>
        <w:numPr>
          <w:ilvl w:val="0"/>
          <w:numId w:val="12"/>
        </w:numPr>
        <w:spacing w:before="80"/>
        <w:rPr>
          <w:sz w:val="26"/>
          <w:szCs w:val="26"/>
          <w:lang w:val="pl-PL"/>
        </w:rPr>
      </w:pPr>
      <w:r w:rsidRPr="001E57E2">
        <w:rPr>
          <w:sz w:val="26"/>
          <w:szCs w:val="26"/>
          <w:lang w:val="pl-PL"/>
        </w:rPr>
        <w:t>Decyzja Organizatora dotycząca kwalifikacji uczestników jest ostateczna.</w:t>
      </w:r>
    </w:p>
    <w:p w14:paraId="7547BA29" w14:textId="289DAB14" w:rsidR="001E57E2" w:rsidRPr="001E57E2" w:rsidRDefault="001E57E2" w:rsidP="001E57E2">
      <w:pPr>
        <w:spacing w:before="80"/>
        <w:rPr>
          <w:sz w:val="26"/>
          <w:szCs w:val="26"/>
          <w:lang w:val="pl-PL"/>
        </w:rPr>
      </w:pPr>
      <w:r w:rsidRPr="001E57E2">
        <w:rPr>
          <w:sz w:val="26"/>
          <w:szCs w:val="26"/>
          <w:lang w:val="pl-PL"/>
        </w:rPr>
        <w:t>4. Zasady udziału w konkursie</w:t>
      </w:r>
    </w:p>
    <w:p w14:paraId="5BBDB213" w14:textId="30218616" w:rsidR="001E57E2" w:rsidRPr="001E57E2" w:rsidRDefault="001E57E2" w:rsidP="001E57E2">
      <w:pPr>
        <w:pStyle w:val="Akapitzlist"/>
        <w:numPr>
          <w:ilvl w:val="0"/>
          <w:numId w:val="13"/>
        </w:numPr>
        <w:spacing w:before="80"/>
        <w:rPr>
          <w:sz w:val="26"/>
          <w:szCs w:val="26"/>
          <w:lang w:val="pl-PL"/>
        </w:rPr>
      </w:pPr>
      <w:r w:rsidRPr="001E57E2">
        <w:rPr>
          <w:sz w:val="26"/>
          <w:szCs w:val="26"/>
          <w:lang w:val="pl-PL"/>
        </w:rPr>
        <w:t>Każdy zakwalifikowany uczestnik przygotowuje jeden utwór muzyczny.</w:t>
      </w:r>
    </w:p>
    <w:p w14:paraId="1765746C" w14:textId="77777777" w:rsidR="001E57E2" w:rsidRPr="001E57E2" w:rsidRDefault="001E57E2" w:rsidP="001E57E2">
      <w:pPr>
        <w:numPr>
          <w:ilvl w:val="0"/>
          <w:numId w:val="13"/>
        </w:numPr>
        <w:spacing w:before="80"/>
        <w:rPr>
          <w:sz w:val="26"/>
          <w:szCs w:val="26"/>
          <w:lang w:val="pl-PL"/>
        </w:rPr>
      </w:pPr>
      <w:r w:rsidRPr="001E57E2">
        <w:rPr>
          <w:sz w:val="26"/>
          <w:szCs w:val="26"/>
          <w:lang w:val="pl-PL"/>
        </w:rPr>
        <w:t>Utwór powinien być odpowiedni do charakteru wydarzenia plenerowego i przeznaczony dla publiczności w różnym wieku.</w:t>
      </w:r>
    </w:p>
    <w:p w14:paraId="2A300DD4" w14:textId="77777777" w:rsidR="001E57E2" w:rsidRPr="001E57E2" w:rsidRDefault="001E57E2" w:rsidP="001E57E2">
      <w:pPr>
        <w:numPr>
          <w:ilvl w:val="0"/>
          <w:numId w:val="13"/>
        </w:numPr>
        <w:spacing w:before="80"/>
        <w:rPr>
          <w:sz w:val="26"/>
          <w:szCs w:val="26"/>
          <w:lang w:val="pl-PL"/>
        </w:rPr>
      </w:pPr>
      <w:r w:rsidRPr="001E57E2">
        <w:rPr>
          <w:sz w:val="26"/>
          <w:szCs w:val="26"/>
          <w:lang w:val="pl-PL"/>
        </w:rPr>
        <w:t>Niedopuszczalne są utwory zawierające treści wulgarne, obraźliwe, dyskryminujące, propagujące przemoc lub naruszające dobre obyczaje.</w:t>
      </w:r>
    </w:p>
    <w:p w14:paraId="108F5982" w14:textId="77777777" w:rsidR="001E57E2" w:rsidRPr="001E57E2" w:rsidRDefault="001E57E2" w:rsidP="001E57E2">
      <w:pPr>
        <w:numPr>
          <w:ilvl w:val="0"/>
          <w:numId w:val="13"/>
        </w:numPr>
        <w:spacing w:before="80"/>
        <w:rPr>
          <w:sz w:val="26"/>
          <w:szCs w:val="26"/>
          <w:lang w:val="pl-PL"/>
        </w:rPr>
      </w:pPr>
      <w:r w:rsidRPr="001E57E2">
        <w:rPr>
          <w:sz w:val="26"/>
          <w:szCs w:val="26"/>
          <w:lang w:val="pl-PL"/>
        </w:rPr>
        <w:t>Organizator może poprosić uczestnika o zmianę utworu, jeżeli jego treść lub forma nie będzie odpowiednia do charakteru wydarzenia.</w:t>
      </w:r>
    </w:p>
    <w:p w14:paraId="66697B62" w14:textId="77777777" w:rsidR="001E57E2" w:rsidRPr="001E57E2" w:rsidRDefault="001E57E2" w:rsidP="001E57E2">
      <w:pPr>
        <w:numPr>
          <w:ilvl w:val="0"/>
          <w:numId w:val="13"/>
        </w:numPr>
        <w:spacing w:before="80"/>
        <w:rPr>
          <w:sz w:val="26"/>
          <w:szCs w:val="26"/>
          <w:lang w:val="pl-PL"/>
        </w:rPr>
      </w:pPr>
      <w:r w:rsidRPr="001E57E2">
        <w:rPr>
          <w:sz w:val="26"/>
          <w:szCs w:val="26"/>
          <w:lang w:val="pl-PL"/>
        </w:rPr>
        <w:t>Uczestnik zobowiązany jest stawić się w miejscu wydarzenia w godzinie wskazanej w wiadomości organizacyjnej przesłanej przez Organizatora.</w:t>
      </w:r>
    </w:p>
    <w:p w14:paraId="77AF506A" w14:textId="77777777" w:rsidR="001E57E2" w:rsidRPr="001E57E2" w:rsidRDefault="001E57E2" w:rsidP="001E57E2">
      <w:pPr>
        <w:numPr>
          <w:ilvl w:val="0"/>
          <w:numId w:val="13"/>
        </w:numPr>
        <w:spacing w:before="80"/>
        <w:rPr>
          <w:sz w:val="26"/>
          <w:szCs w:val="26"/>
          <w:lang w:val="pl-PL"/>
        </w:rPr>
      </w:pPr>
      <w:r w:rsidRPr="001E57E2">
        <w:rPr>
          <w:sz w:val="26"/>
          <w:szCs w:val="26"/>
          <w:lang w:val="pl-PL"/>
        </w:rPr>
        <w:lastRenderedPageBreak/>
        <w:t>Niestawienie się uczestnika w wyznaczonym terminie może zostać uznane za rezygnację z udziału w konkursie.</w:t>
      </w:r>
    </w:p>
    <w:p w14:paraId="1BACEF57" w14:textId="77777777" w:rsidR="001E57E2" w:rsidRPr="001E57E2" w:rsidRDefault="001E57E2" w:rsidP="001E57E2">
      <w:pPr>
        <w:numPr>
          <w:ilvl w:val="0"/>
          <w:numId w:val="13"/>
        </w:numPr>
        <w:spacing w:before="80"/>
        <w:rPr>
          <w:sz w:val="26"/>
          <w:szCs w:val="26"/>
          <w:lang w:val="pl-PL"/>
        </w:rPr>
      </w:pPr>
      <w:r w:rsidRPr="001E57E2">
        <w:rPr>
          <w:sz w:val="26"/>
          <w:szCs w:val="26"/>
          <w:lang w:val="pl-PL"/>
        </w:rPr>
        <w:t>Kolejność występów ustala Organizator.</w:t>
      </w:r>
    </w:p>
    <w:p w14:paraId="5466A7C2" w14:textId="77777777" w:rsidR="001E57E2" w:rsidRPr="001E57E2" w:rsidRDefault="001E57E2" w:rsidP="001E57E2">
      <w:pPr>
        <w:numPr>
          <w:ilvl w:val="0"/>
          <w:numId w:val="13"/>
        </w:numPr>
        <w:spacing w:before="80"/>
        <w:rPr>
          <w:sz w:val="26"/>
          <w:szCs w:val="26"/>
          <w:lang w:val="pl-PL"/>
        </w:rPr>
      </w:pPr>
      <w:r w:rsidRPr="001E57E2">
        <w:rPr>
          <w:sz w:val="26"/>
          <w:szCs w:val="26"/>
          <w:lang w:val="pl-PL"/>
        </w:rPr>
        <w:t>Uczestnicy wykonują przygotowane utwory z wykorzystaniem podkładu muzycznego karaoke zapewnionego lub zaakceptowanego przez Organizatora.</w:t>
      </w:r>
    </w:p>
    <w:p w14:paraId="013E9E70" w14:textId="77777777" w:rsidR="001E57E2" w:rsidRPr="001E57E2" w:rsidRDefault="001E57E2" w:rsidP="001E57E2">
      <w:pPr>
        <w:numPr>
          <w:ilvl w:val="0"/>
          <w:numId w:val="13"/>
        </w:numPr>
        <w:spacing w:before="80"/>
        <w:rPr>
          <w:sz w:val="26"/>
          <w:szCs w:val="26"/>
          <w:lang w:val="pl-PL"/>
        </w:rPr>
      </w:pPr>
      <w:r w:rsidRPr="001E57E2">
        <w:rPr>
          <w:sz w:val="26"/>
          <w:szCs w:val="26"/>
          <w:lang w:val="pl-PL"/>
        </w:rPr>
        <w:t>Uczestnik powinien wcześniej przekazać Organizatorowi prawidłowy tytuł utworu oraz nazwę jego oryginalnego wykonawcy.</w:t>
      </w:r>
    </w:p>
    <w:p w14:paraId="6C407415" w14:textId="277DD33A" w:rsidR="001E57E2" w:rsidRPr="001E57E2" w:rsidRDefault="001E57E2" w:rsidP="001E57E2">
      <w:pPr>
        <w:spacing w:before="80"/>
        <w:rPr>
          <w:sz w:val="26"/>
          <w:szCs w:val="26"/>
          <w:lang w:val="pl-PL"/>
        </w:rPr>
      </w:pPr>
      <w:r w:rsidRPr="001E57E2">
        <w:rPr>
          <w:sz w:val="26"/>
          <w:szCs w:val="26"/>
          <w:lang w:val="pl-PL"/>
        </w:rPr>
        <w:t>5. Ocena występów i nagroda</w:t>
      </w:r>
    </w:p>
    <w:p w14:paraId="7FB246E8" w14:textId="709511CC" w:rsidR="001E57E2" w:rsidRPr="001E57E2" w:rsidRDefault="001E57E2" w:rsidP="001E57E2">
      <w:pPr>
        <w:pStyle w:val="Akapitzlist"/>
        <w:numPr>
          <w:ilvl w:val="0"/>
          <w:numId w:val="14"/>
        </w:numPr>
        <w:spacing w:before="80"/>
        <w:rPr>
          <w:sz w:val="26"/>
          <w:szCs w:val="26"/>
          <w:lang w:val="pl-PL"/>
        </w:rPr>
      </w:pPr>
      <w:r w:rsidRPr="001E57E2">
        <w:rPr>
          <w:sz w:val="26"/>
          <w:szCs w:val="26"/>
          <w:lang w:val="pl-PL"/>
        </w:rPr>
        <w:t>Występy uczestników oceni Jury powołane przez Organizatora.</w:t>
      </w:r>
    </w:p>
    <w:p w14:paraId="75572717" w14:textId="77777777" w:rsidR="001E57E2" w:rsidRPr="001E57E2" w:rsidRDefault="001E57E2" w:rsidP="001E57E2">
      <w:pPr>
        <w:numPr>
          <w:ilvl w:val="0"/>
          <w:numId w:val="14"/>
        </w:numPr>
        <w:spacing w:before="80"/>
        <w:rPr>
          <w:sz w:val="26"/>
          <w:szCs w:val="26"/>
          <w:lang w:val="pl-PL"/>
        </w:rPr>
      </w:pPr>
      <w:r w:rsidRPr="001E57E2">
        <w:rPr>
          <w:sz w:val="26"/>
          <w:szCs w:val="26"/>
          <w:lang w:val="pl-PL"/>
        </w:rPr>
        <w:t>Jury będzie oceniać w szczególności:</w:t>
      </w:r>
    </w:p>
    <w:p w14:paraId="2B83A474" w14:textId="77777777" w:rsidR="001E57E2" w:rsidRPr="001E57E2" w:rsidRDefault="001E57E2" w:rsidP="001E57E2">
      <w:pPr>
        <w:numPr>
          <w:ilvl w:val="1"/>
          <w:numId w:val="14"/>
        </w:numPr>
        <w:spacing w:before="80"/>
        <w:rPr>
          <w:sz w:val="26"/>
          <w:szCs w:val="26"/>
          <w:lang w:val="pl-PL"/>
        </w:rPr>
      </w:pPr>
      <w:r w:rsidRPr="001E57E2">
        <w:rPr>
          <w:sz w:val="26"/>
          <w:szCs w:val="26"/>
          <w:lang w:val="pl-PL"/>
        </w:rPr>
        <w:t>walory wokalne,</w:t>
      </w:r>
    </w:p>
    <w:p w14:paraId="7448BCCC" w14:textId="77777777" w:rsidR="001E57E2" w:rsidRPr="001E57E2" w:rsidRDefault="001E57E2" w:rsidP="001E57E2">
      <w:pPr>
        <w:numPr>
          <w:ilvl w:val="1"/>
          <w:numId w:val="14"/>
        </w:numPr>
        <w:spacing w:before="80"/>
        <w:rPr>
          <w:sz w:val="26"/>
          <w:szCs w:val="26"/>
          <w:lang w:val="pl-PL"/>
        </w:rPr>
      </w:pPr>
      <w:r w:rsidRPr="001E57E2">
        <w:rPr>
          <w:sz w:val="26"/>
          <w:szCs w:val="26"/>
          <w:lang w:val="pl-PL"/>
        </w:rPr>
        <w:t>zgodność wykonania z linią melodyczną,</w:t>
      </w:r>
    </w:p>
    <w:p w14:paraId="257FC2F7" w14:textId="77777777" w:rsidR="001E57E2" w:rsidRPr="001E57E2" w:rsidRDefault="001E57E2" w:rsidP="001E57E2">
      <w:pPr>
        <w:numPr>
          <w:ilvl w:val="1"/>
          <w:numId w:val="14"/>
        </w:numPr>
        <w:spacing w:before="80"/>
        <w:rPr>
          <w:sz w:val="26"/>
          <w:szCs w:val="26"/>
          <w:lang w:val="pl-PL"/>
        </w:rPr>
      </w:pPr>
      <w:r w:rsidRPr="001E57E2">
        <w:rPr>
          <w:sz w:val="26"/>
          <w:szCs w:val="26"/>
          <w:lang w:val="pl-PL"/>
        </w:rPr>
        <w:t>interpretację utworu,</w:t>
      </w:r>
    </w:p>
    <w:p w14:paraId="31674417" w14:textId="77777777" w:rsidR="001E57E2" w:rsidRPr="001E57E2" w:rsidRDefault="001E57E2" w:rsidP="001E57E2">
      <w:pPr>
        <w:numPr>
          <w:ilvl w:val="1"/>
          <w:numId w:val="14"/>
        </w:numPr>
        <w:spacing w:before="80"/>
        <w:rPr>
          <w:sz w:val="26"/>
          <w:szCs w:val="26"/>
          <w:lang w:val="pl-PL"/>
        </w:rPr>
      </w:pPr>
      <w:r w:rsidRPr="001E57E2">
        <w:rPr>
          <w:sz w:val="26"/>
          <w:szCs w:val="26"/>
          <w:lang w:val="pl-PL"/>
        </w:rPr>
        <w:t>kontakt z publicznością,</w:t>
      </w:r>
    </w:p>
    <w:p w14:paraId="61ABEF55" w14:textId="77777777" w:rsidR="001E57E2" w:rsidRPr="001E57E2" w:rsidRDefault="001E57E2" w:rsidP="001E57E2">
      <w:pPr>
        <w:numPr>
          <w:ilvl w:val="1"/>
          <w:numId w:val="14"/>
        </w:numPr>
        <w:spacing w:before="80"/>
        <w:rPr>
          <w:sz w:val="26"/>
          <w:szCs w:val="26"/>
          <w:lang w:val="pl-PL"/>
        </w:rPr>
      </w:pPr>
      <w:r w:rsidRPr="001E57E2">
        <w:rPr>
          <w:sz w:val="26"/>
          <w:szCs w:val="26"/>
          <w:lang w:val="pl-PL"/>
        </w:rPr>
        <w:t>charyzmę i prezentację sceniczną.</w:t>
      </w:r>
    </w:p>
    <w:p w14:paraId="1C098CF0" w14:textId="77777777" w:rsidR="001E57E2" w:rsidRPr="001E57E2" w:rsidRDefault="001E57E2" w:rsidP="001E57E2">
      <w:pPr>
        <w:numPr>
          <w:ilvl w:val="0"/>
          <w:numId w:val="14"/>
        </w:numPr>
        <w:spacing w:before="80"/>
        <w:rPr>
          <w:sz w:val="26"/>
          <w:szCs w:val="26"/>
          <w:lang w:val="pl-PL"/>
        </w:rPr>
      </w:pPr>
      <w:r w:rsidRPr="001E57E2">
        <w:rPr>
          <w:sz w:val="26"/>
          <w:szCs w:val="26"/>
          <w:lang w:val="pl-PL"/>
        </w:rPr>
        <w:t>Jury wybierze jednego zwycięzcę konkursu.</w:t>
      </w:r>
    </w:p>
    <w:p w14:paraId="35708CBC" w14:textId="77777777" w:rsidR="001E57E2" w:rsidRPr="001E57E2" w:rsidRDefault="001E57E2" w:rsidP="001E57E2">
      <w:pPr>
        <w:numPr>
          <w:ilvl w:val="0"/>
          <w:numId w:val="14"/>
        </w:numPr>
        <w:spacing w:before="80"/>
        <w:rPr>
          <w:sz w:val="26"/>
          <w:szCs w:val="26"/>
          <w:lang w:val="pl-PL"/>
        </w:rPr>
      </w:pPr>
      <w:r w:rsidRPr="001E57E2">
        <w:rPr>
          <w:sz w:val="26"/>
          <w:szCs w:val="26"/>
          <w:lang w:val="pl-PL"/>
        </w:rPr>
        <w:t>Zwycięzca otrzyma nagrodę rzeczową.</w:t>
      </w:r>
    </w:p>
    <w:p w14:paraId="39D3CEF4" w14:textId="77777777" w:rsidR="001E57E2" w:rsidRPr="001E57E2" w:rsidRDefault="001E57E2" w:rsidP="001E57E2">
      <w:pPr>
        <w:numPr>
          <w:ilvl w:val="0"/>
          <w:numId w:val="14"/>
        </w:numPr>
        <w:spacing w:before="80"/>
        <w:rPr>
          <w:sz w:val="26"/>
          <w:szCs w:val="26"/>
          <w:lang w:val="pl-PL"/>
        </w:rPr>
      </w:pPr>
      <w:r w:rsidRPr="001E57E2">
        <w:rPr>
          <w:sz w:val="26"/>
          <w:szCs w:val="26"/>
          <w:lang w:val="pl-PL"/>
        </w:rPr>
        <w:t>Decyzja Jury jest ostateczna i nie podlega odwołaniu.</w:t>
      </w:r>
    </w:p>
    <w:p w14:paraId="0DB74B7F" w14:textId="77777777" w:rsidR="001E57E2" w:rsidRPr="001E57E2" w:rsidRDefault="001E57E2" w:rsidP="001E57E2">
      <w:pPr>
        <w:numPr>
          <w:ilvl w:val="0"/>
          <w:numId w:val="14"/>
        </w:numPr>
        <w:spacing w:before="80"/>
        <w:rPr>
          <w:sz w:val="26"/>
          <w:szCs w:val="26"/>
          <w:lang w:val="pl-PL"/>
        </w:rPr>
      </w:pPr>
      <w:r w:rsidRPr="001E57E2">
        <w:rPr>
          <w:sz w:val="26"/>
          <w:szCs w:val="26"/>
          <w:lang w:val="pl-PL"/>
        </w:rPr>
        <w:t>Jury ma prawo przyznać dodatkowe wyróżnienia, jeżeli Organizator podejmie taką decyzję.</w:t>
      </w:r>
    </w:p>
    <w:p w14:paraId="4BD80D58" w14:textId="76501D7D" w:rsidR="001E57E2" w:rsidRPr="001E57E2" w:rsidRDefault="001E57E2" w:rsidP="001E57E2">
      <w:pPr>
        <w:spacing w:before="80"/>
        <w:rPr>
          <w:sz w:val="26"/>
          <w:szCs w:val="26"/>
          <w:lang w:val="pl-PL"/>
        </w:rPr>
      </w:pPr>
      <w:r w:rsidRPr="001E57E2">
        <w:rPr>
          <w:sz w:val="26"/>
          <w:szCs w:val="26"/>
          <w:lang w:val="pl-PL"/>
        </w:rPr>
        <w:t>6. Udział osób niepełnoletnich</w:t>
      </w:r>
    </w:p>
    <w:p w14:paraId="3A84CA60" w14:textId="2A83DF32" w:rsidR="001E57E2" w:rsidRPr="001E57E2" w:rsidRDefault="001E57E2" w:rsidP="001E57E2">
      <w:pPr>
        <w:pStyle w:val="Akapitzlist"/>
        <w:numPr>
          <w:ilvl w:val="0"/>
          <w:numId w:val="15"/>
        </w:numPr>
        <w:spacing w:before="80"/>
        <w:rPr>
          <w:sz w:val="26"/>
          <w:szCs w:val="26"/>
          <w:lang w:val="pl-PL"/>
        </w:rPr>
      </w:pPr>
      <w:r w:rsidRPr="001E57E2">
        <w:rPr>
          <w:sz w:val="26"/>
          <w:szCs w:val="26"/>
          <w:lang w:val="pl-PL"/>
        </w:rPr>
        <w:t>Osoby niepełnoletnie mogą wziąć udział w konkursie za zgodą rodzica lub opiekuna prawnego.</w:t>
      </w:r>
    </w:p>
    <w:p w14:paraId="1354A3D0" w14:textId="77777777" w:rsidR="001E57E2" w:rsidRPr="001E57E2" w:rsidRDefault="001E57E2" w:rsidP="001E57E2">
      <w:pPr>
        <w:numPr>
          <w:ilvl w:val="0"/>
          <w:numId w:val="15"/>
        </w:numPr>
        <w:spacing w:before="80"/>
        <w:rPr>
          <w:sz w:val="26"/>
          <w:szCs w:val="26"/>
          <w:lang w:val="pl-PL"/>
        </w:rPr>
      </w:pPr>
      <w:r w:rsidRPr="001E57E2">
        <w:rPr>
          <w:sz w:val="26"/>
          <w:szCs w:val="26"/>
          <w:lang w:val="pl-PL"/>
        </w:rPr>
        <w:t>Uczestnik niepełnoletni powinien przebywać podczas wydarzenia pod opieką osoby dorosłej.</w:t>
      </w:r>
    </w:p>
    <w:p w14:paraId="311D1B5C" w14:textId="77777777" w:rsidR="001E57E2" w:rsidRPr="001E57E2" w:rsidRDefault="001E57E2" w:rsidP="001E57E2">
      <w:pPr>
        <w:numPr>
          <w:ilvl w:val="0"/>
          <w:numId w:val="15"/>
        </w:numPr>
        <w:spacing w:before="80"/>
        <w:rPr>
          <w:sz w:val="26"/>
          <w:szCs w:val="26"/>
          <w:lang w:val="pl-PL"/>
        </w:rPr>
      </w:pPr>
      <w:r w:rsidRPr="001E57E2">
        <w:rPr>
          <w:sz w:val="26"/>
          <w:szCs w:val="26"/>
          <w:lang w:val="pl-PL"/>
        </w:rPr>
        <w:t>Organizator może poprosić o dostarczenie podpisanej zgody rodzica lub opiekuna prawnego na udział dziecka w konkursie, publikację jego wizerunku oraz przetwarzanie danych niezbędnych do organizacji wydarzenia.</w:t>
      </w:r>
    </w:p>
    <w:p w14:paraId="75C66E31" w14:textId="77777777" w:rsidR="0079037A" w:rsidRDefault="0079037A" w:rsidP="006B72A6">
      <w:pPr>
        <w:spacing w:before="80"/>
        <w:jc w:val="center"/>
        <w:rPr>
          <w:b/>
          <w:sz w:val="26"/>
          <w:szCs w:val="26"/>
        </w:rPr>
      </w:pPr>
    </w:p>
    <w:p w14:paraId="69B8AB2D" w14:textId="163FDA28" w:rsidR="006B72A6" w:rsidRPr="0079037A" w:rsidRDefault="006B72A6" w:rsidP="006B72A6">
      <w:pPr>
        <w:spacing w:before="80"/>
        <w:jc w:val="center"/>
        <w:rPr>
          <w:sz w:val="26"/>
          <w:szCs w:val="26"/>
        </w:rPr>
      </w:pPr>
      <w:r w:rsidRPr="0079037A">
        <w:rPr>
          <w:b/>
          <w:sz w:val="26"/>
          <w:szCs w:val="26"/>
        </w:rPr>
        <w:t xml:space="preserve">§ </w:t>
      </w:r>
      <w:r w:rsidR="001E57E2">
        <w:rPr>
          <w:b/>
          <w:sz w:val="26"/>
          <w:szCs w:val="26"/>
        </w:rPr>
        <w:t>5</w:t>
      </w:r>
    </w:p>
    <w:p w14:paraId="6C8BC918" w14:textId="77777777" w:rsidR="006B72A6" w:rsidRPr="0079037A" w:rsidRDefault="006B72A6" w:rsidP="006B72A6">
      <w:pPr>
        <w:spacing w:before="80"/>
        <w:jc w:val="center"/>
        <w:rPr>
          <w:sz w:val="26"/>
          <w:szCs w:val="26"/>
        </w:rPr>
      </w:pPr>
      <w:r w:rsidRPr="0079037A">
        <w:rPr>
          <w:b/>
          <w:sz w:val="26"/>
          <w:szCs w:val="26"/>
        </w:rPr>
        <w:t>Dokumentacja wydarzenia</w:t>
      </w:r>
    </w:p>
    <w:p w14:paraId="49AE7F33" w14:textId="77777777" w:rsidR="006B72A6" w:rsidRPr="0079037A" w:rsidRDefault="006B72A6" w:rsidP="006B72A6">
      <w:pPr>
        <w:rPr>
          <w:sz w:val="26"/>
          <w:szCs w:val="26"/>
        </w:rPr>
      </w:pPr>
      <w:r w:rsidRPr="0079037A">
        <w:rPr>
          <w:sz w:val="26"/>
          <w:szCs w:val="26"/>
        </w:rPr>
        <w:t>1. Organizator - w zakresie określonym ustawą i przepisami wykonawczymi - uprawniony jest do utrwalenia imprezy, a w szczególności zachowania osób, za pomocą urządzeń rejestrujących obraz i dźwięk.</w:t>
      </w:r>
    </w:p>
    <w:p w14:paraId="4652AD81" w14:textId="77777777" w:rsidR="006B72A6" w:rsidRPr="0079037A" w:rsidRDefault="006B72A6" w:rsidP="006B72A6">
      <w:pPr>
        <w:rPr>
          <w:sz w:val="26"/>
          <w:szCs w:val="26"/>
        </w:rPr>
      </w:pPr>
      <w:r w:rsidRPr="0079037A">
        <w:rPr>
          <w:sz w:val="26"/>
          <w:szCs w:val="26"/>
        </w:rPr>
        <w:t>2. Organizator utrwala również przebieg imprezy dla celów dokumentacji. Wizerunek osób przebywających na terenie imprezy może zostać utrwalony, a następnie rozpowszechniony dla celów dokumentacyjnych, sprawozdawczych, reklamowych oraz promocyjnych.</w:t>
      </w:r>
    </w:p>
    <w:p w14:paraId="6CD70FDE" w14:textId="6CF1B818" w:rsidR="006B72A6" w:rsidRPr="0079037A" w:rsidRDefault="006B72A6" w:rsidP="006B72A6">
      <w:pPr>
        <w:rPr>
          <w:sz w:val="26"/>
          <w:szCs w:val="26"/>
        </w:rPr>
      </w:pPr>
      <w:r w:rsidRPr="0079037A">
        <w:rPr>
          <w:sz w:val="26"/>
          <w:szCs w:val="26"/>
        </w:rPr>
        <w:t xml:space="preserve">3. Zgodnie z art. 6 ust. 1 lit. A ogólnego rozporządzenia o ochronie danych osobowych 2016/679 z 27 kwietnia 2016 r. - uczestnicy biorący udział w wydarzeniu wyrażają zgodę na przetwarzanie swoich danych osobowych wizerunkowych na rzecz: </w:t>
      </w:r>
      <w:r w:rsidRPr="0079037A">
        <w:rPr>
          <w:b/>
          <w:sz w:val="26"/>
          <w:szCs w:val="26"/>
        </w:rPr>
        <w:t>działań promocyjnych związanych z wydarzeniem.</w:t>
      </w:r>
      <w:r w:rsidRPr="0079037A">
        <w:rPr>
          <w:sz w:val="26"/>
          <w:szCs w:val="26"/>
        </w:rPr>
        <w:t xml:space="preserve"> Dane te będą wykorzystywane w mediach społecznościowych oraz tradycyjnych Miejskiego Domu Kultury w Rumi, Urzędu Miasta Rumi/władz miasta oraz lokalnej prasie/mediach (m.in. Facebook, Instargram, biuletynie informacyjnym „Rumskie Nowiny”, Expressie Powiatu Wejherowskiego, Dzienniku Bałtyckim i jego dodatkach, portalu nadmorski24.pl, portalu gwe24.pl, portalu male-trojmiasto.pl).</w:t>
      </w:r>
    </w:p>
    <w:p w14:paraId="1188A7F8" w14:textId="77777777" w:rsidR="006B72A6" w:rsidRPr="0079037A" w:rsidRDefault="006B72A6" w:rsidP="006B72A6">
      <w:pPr>
        <w:rPr>
          <w:b/>
          <w:sz w:val="26"/>
          <w:szCs w:val="26"/>
        </w:rPr>
      </w:pPr>
      <w:r w:rsidRPr="0079037A">
        <w:rPr>
          <w:bCs/>
          <w:sz w:val="26"/>
          <w:szCs w:val="26"/>
        </w:rPr>
        <w:t>4.</w:t>
      </w:r>
      <w:r w:rsidRPr="0079037A">
        <w:rPr>
          <w:b/>
          <w:sz w:val="26"/>
          <w:szCs w:val="26"/>
        </w:rPr>
        <w:t xml:space="preserve"> Administratorem danych osobowych jest Miejski Dom Kultury w Rumi, ul. Adama Mickiewicza 19, reprezentowana przez Pana Michała Gaja, Dyrektor MDK, </w:t>
      </w:r>
      <w:r w:rsidRPr="0079037A">
        <w:rPr>
          <w:bCs/>
          <w:sz w:val="26"/>
          <w:szCs w:val="26"/>
        </w:rPr>
        <w:t xml:space="preserve">dane kontaktowe do Inspektora Ochrony Danych, Pan Krzysztof Filc – </w:t>
      </w:r>
      <w:hyperlink r:id="rId7" w:history="1">
        <w:r w:rsidRPr="0079037A">
          <w:rPr>
            <w:rStyle w:val="Hipercze"/>
            <w:bCs/>
            <w:sz w:val="26"/>
            <w:szCs w:val="26"/>
          </w:rPr>
          <w:t>krygdy@vp.pl</w:t>
        </w:r>
      </w:hyperlink>
      <w:r w:rsidRPr="0079037A">
        <w:rPr>
          <w:b/>
          <w:sz w:val="26"/>
          <w:szCs w:val="26"/>
        </w:rPr>
        <w:t>.</w:t>
      </w:r>
    </w:p>
    <w:p w14:paraId="42A0935C" w14:textId="77777777" w:rsidR="006B72A6" w:rsidRPr="0079037A" w:rsidRDefault="006B72A6" w:rsidP="006B72A6">
      <w:pPr>
        <w:rPr>
          <w:sz w:val="26"/>
          <w:szCs w:val="26"/>
        </w:rPr>
      </w:pPr>
      <w:r w:rsidRPr="0079037A">
        <w:rPr>
          <w:sz w:val="26"/>
          <w:szCs w:val="26"/>
        </w:rPr>
        <w:t>5. Uczestnik posiada prawo do żądania od administratora dostępu do danych osobowych, prawo do ich sprostowania, usunięcia lub ograniczenia przetwarzania, prawo wniesienia sprzeciwu wobec przetwarzania, prawo do przeniesienia danych oraz prawo do cofnięcia zgody w dowolnym momencie.</w:t>
      </w:r>
    </w:p>
    <w:p w14:paraId="25420817" w14:textId="789DAABF" w:rsidR="006B72A6" w:rsidRPr="0079037A" w:rsidRDefault="006B72A6" w:rsidP="006B72A6">
      <w:pPr>
        <w:spacing w:before="80"/>
        <w:jc w:val="center"/>
        <w:rPr>
          <w:sz w:val="26"/>
          <w:szCs w:val="26"/>
        </w:rPr>
      </w:pPr>
      <w:r w:rsidRPr="0079037A">
        <w:rPr>
          <w:b/>
          <w:sz w:val="26"/>
          <w:szCs w:val="26"/>
        </w:rPr>
        <w:lastRenderedPageBreak/>
        <w:t xml:space="preserve">§ </w:t>
      </w:r>
      <w:r w:rsidR="001E57E2">
        <w:rPr>
          <w:b/>
          <w:sz w:val="26"/>
          <w:szCs w:val="26"/>
        </w:rPr>
        <w:t>6</w:t>
      </w:r>
    </w:p>
    <w:p w14:paraId="713D21C2" w14:textId="77777777" w:rsidR="006B72A6" w:rsidRPr="0079037A" w:rsidRDefault="006B72A6" w:rsidP="006B72A6">
      <w:pPr>
        <w:spacing w:before="80"/>
        <w:jc w:val="center"/>
        <w:rPr>
          <w:sz w:val="26"/>
          <w:szCs w:val="26"/>
        </w:rPr>
      </w:pPr>
      <w:r w:rsidRPr="0079037A">
        <w:rPr>
          <w:b/>
          <w:sz w:val="26"/>
          <w:szCs w:val="26"/>
        </w:rPr>
        <w:t>Postanowienia końcowe</w:t>
      </w:r>
    </w:p>
    <w:p w14:paraId="514513A6" w14:textId="77777777" w:rsidR="006B72A6" w:rsidRPr="0079037A" w:rsidRDefault="006B72A6" w:rsidP="006B72A6">
      <w:pPr>
        <w:rPr>
          <w:sz w:val="26"/>
          <w:szCs w:val="26"/>
        </w:rPr>
      </w:pPr>
      <w:r w:rsidRPr="0079037A">
        <w:rPr>
          <w:sz w:val="26"/>
          <w:szCs w:val="26"/>
        </w:rPr>
        <w:t>1. Każdy uczestnik bierze udział w wydarzeniu na własną odpowiedzialność, deklaruje pełną odpowiedzialność za ryzyko i ewentualne obrażenia oraz wyposażenie i zgubione rzeczy.</w:t>
      </w:r>
    </w:p>
    <w:p w14:paraId="620FB107" w14:textId="77777777" w:rsidR="006B72A6" w:rsidRPr="0079037A" w:rsidRDefault="006B72A6" w:rsidP="006B72A6">
      <w:pPr>
        <w:rPr>
          <w:sz w:val="26"/>
          <w:szCs w:val="26"/>
        </w:rPr>
      </w:pPr>
      <w:r w:rsidRPr="0079037A">
        <w:rPr>
          <w:sz w:val="26"/>
          <w:szCs w:val="26"/>
        </w:rPr>
        <w:t>2. Uczestnicy ponoszą odpowiedzialność cywilną i prawną za wszystkie szkody.</w:t>
      </w:r>
    </w:p>
    <w:p w14:paraId="0F073EB3" w14:textId="77777777" w:rsidR="006B72A6" w:rsidRPr="0079037A" w:rsidRDefault="006B72A6" w:rsidP="006B72A6">
      <w:pPr>
        <w:rPr>
          <w:sz w:val="26"/>
          <w:szCs w:val="26"/>
        </w:rPr>
      </w:pPr>
      <w:r w:rsidRPr="0079037A">
        <w:rPr>
          <w:sz w:val="26"/>
          <w:szCs w:val="26"/>
        </w:rPr>
        <w:t>3. Uczestnicy zrzekają się prawa dochodzenia prawnego lub zwrotnego od organizatora lub jego zleceniobiorców w razie wypadku lub szkody związanej z udziałem w wydarzeniu.</w:t>
      </w:r>
    </w:p>
    <w:p w14:paraId="23FD14BF" w14:textId="77777777" w:rsidR="006B72A6" w:rsidRPr="0079037A" w:rsidRDefault="006B72A6" w:rsidP="006B72A6">
      <w:pPr>
        <w:rPr>
          <w:sz w:val="26"/>
          <w:szCs w:val="26"/>
        </w:rPr>
      </w:pPr>
      <w:r w:rsidRPr="0079037A">
        <w:rPr>
          <w:sz w:val="26"/>
          <w:szCs w:val="26"/>
        </w:rPr>
        <w:t>4. Uczestnicy przyjmują do wiadomości, że w razie wypadku nie mogą wnosić żadnych roszczeń w stosunku do organizatora.</w:t>
      </w:r>
    </w:p>
    <w:p w14:paraId="3F11B44F" w14:textId="77777777" w:rsidR="006B72A6" w:rsidRPr="0079037A" w:rsidRDefault="006B72A6" w:rsidP="006B72A6">
      <w:pPr>
        <w:rPr>
          <w:sz w:val="26"/>
          <w:szCs w:val="26"/>
        </w:rPr>
      </w:pPr>
      <w:r w:rsidRPr="0079037A">
        <w:rPr>
          <w:sz w:val="26"/>
          <w:szCs w:val="26"/>
        </w:rPr>
        <w:t>5. Uczestnicząc w wydarzeniu akceptuje się warunki niniejszego regulaminu.</w:t>
      </w:r>
    </w:p>
    <w:p w14:paraId="253F1B22" w14:textId="77777777" w:rsidR="006B72A6" w:rsidRPr="0079037A" w:rsidRDefault="006B72A6" w:rsidP="006B72A6">
      <w:pPr>
        <w:rPr>
          <w:b/>
          <w:bCs/>
          <w:sz w:val="26"/>
          <w:szCs w:val="26"/>
        </w:rPr>
      </w:pPr>
      <w:r w:rsidRPr="0079037A">
        <w:rPr>
          <w:sz w:val="26"/>
          <w:szCs w:val="26"/>
        </w:rPr>
        <w:t xml:space="preserve">6. </w:t>
      </w:r>
      <w:r w:rsidRPr="0079037A">
        <w:rPr>
          <w:b/>
          <w:bCs/>
          <w:sz w:val="26"/>
          <w:szCs w:val="26"/>
        </w:rPr>
        <w:t>Brak znajomości regulaminu nie będzie uznawany za wytłumaczenie.</w:t>
      </w:r>
    </w:p>
    <w:p w14:paraId="0100B86E" w14:textId="77777777" w:rsidR="006B72A6" w:rsidRPr="0079037A" w:rsidRDefault="006B72A6" w:rsidP="006B72A6">
      <w:pPr>
        <w:rPr>
          <w:sz w:val="26"/>
          <w:szCs w:val="26"/>
        </w:rPr>
      </w:pPr>
      <w:r w:rsidRPr="0079037A">
        <w:rPr>
          <w:sz w:val="26"/>
          <w:szCs w:val="26"/>
        </w:rPr>
        <w:t>7. Organizator nie ponosi odpowiedzialności za odwołanie imprezy z przyczyn od niego niezależnych i niemożliwych do przewidzenia.</w:t>
      </w:r>
    </w:p>
    <w:p w14:paraId="13AFF59B" w14:textId="77777777" w:rsidR="006B72A6" w:rsidRPr="0079037A" w:rsidRDefault="006B72A6" w:rsidP="006B72A6">
      <w:pPr>
        <w:rPr>
          <w:sz w:val="26"/>
          <w:szCs w:val="26"/>
        </w:rPr>
      </w:pPr>
      <w:r w:rsidRPr="0079037A">
        <w:rPr>
          <w:sz w:val="26"/>
          <w:szCs w:val="26"/>
        </w:rPr>
        <w:t>8. Organizator nie odpowiada za rzeczy pozostawione bez opieki w trakcie trwania imprezy.</w:t>
      </w:r>
    </w:p>
    <w:p w14:paraId="606E0423" w14:textId="77777777" w:rsidR="006B72A6" w:rsidRPr="0079037A" w:rsidRDefault="006B72A6" w:rsidP="006B72A6">
      <w:pPr>
        <w:rPr>
          <w:sz w:val="26"/>
          <w:szCs w:val="26"/>
        </w:rPr>
      </w:pPr>
      <w:r w:rsidRPr="0079037A">
        <w:rPr>
          <w:sz w:val="26"/>
          <w:szCs w:val="26"/>
        </w:rPr>
        <w:t>9. Wiążąca i ostateczna interpretacja niniejszego regulaminu przysługuje wyłącznie organizatorowi.</w:t>
      </w:r>
    </w:p>
    <w:p w14:paraId="77A1AD55" w14:textId="77777777" w:rsidR="006B72A6" w:rsidRPr="0079037A" w:rsidRDefault="006B72A6" w:rsidP="006B72A6">
      <w:pPr>
        <w:rPr>
          <w:sz w:val="26"/>
          <w:szCs w:val="26"/>
        </w:rPr>
      </w:pPr>
      <w:r w:rsidRPr="0079037A">
        <w:rPr>
          <w:sz w:val="26"/>
          <w:szCs w:val="26"/>
        </w:rPr>
        <w:t>10. Wszelkie sprawy nieuregulowane w regulaminie rozstrzygają przedstawiciele organizatora będący na miejscu.</w:t>
      </w:r>
    </w:p>
    <w:p w14:paraId="10838CB8" w14:textId="77777777" w:rsidR="006B72A6" w:rsidRPr="0079037A" w:rsidRDefault="006B72A6" w:rsidP="006B72A6">
      <w:pPr>
        <w:rPr>
          <w:sz w:val="26"/>
          <w:szCs w:val="26"/>
        </w:rPr>
      </w:pPr>
      <w:r w:rsidRPr="0079037A">
        <w:rPr>
          <w:sz w:val="26"/>
          <w:szCs w:val="26"/>
        </w:rPr>
        <w:t>11. Regulamin zawieszono w miejscach ogólnodostępnych, umieszczono w Social Mediach, stronie internetowej organizatora (www.mdk.rumia.pl). Jest również możliwość otrzymania go u organizatorów.</w:t>
      </w:r>
    </w:p>
    <w:p w14:paraId="43352C40" w14:textId="1A3C8EAC" w:rsidR="00530CFF" w:rsidRPr="0079037A" w:rsidRDefault="00530CFF" w:rsidP="006B72A6">
      <w:pPr>
        <w:rPr>
          <w:sz w:val="26"/>
          <w:szCs w:val="26"/>
        </w:rPr>
      </w:pPr>
    </w:p>
    <w:sectPr w:rsidR="00530CFF" w:rsidRPr="0079037A" w:rsidSect="0079037A">
      <w:pgSz w:w="16838" w:h="23811" w:code="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B086295"/>
    <w:multiLevelType w:val="multilevel"/>
    <w:tmpl w:val="77B01C1E"/>
    <w:lvl w:ilvl="0">
      <w:start w:val="1"/>
      <w:numFmt w:val="lowerLetter"/>
      <w:lvlText w:val="%1)"/>
      <w:lvlJc w:val="left"/>
      <w:pPr>
        <w:tabs>
          <w:tab w:val="num" w:pos="720"/>
        </w:tabs>
        <w:ind w:left="720" w:hanging="360"/>
      </w:pPr>
      <w:rPr>
        <w:rFonts w:asciiTheme="minorHAnsi" w:eastAsiaTheme="minorEastAsia" w:hAnsiTheme="minorHAnsi" w:cstheme="minorBid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923DA6"/>
    <w:multiLevelType w:val="multilevel"/>
    <w:tmpl w:val="BC6292BC"/>
    <w:lvl w:ilvl="0">
      <w:start w:val="1"/>
      <w:numFmt w:val="lowerLetter"/>
      <w:lvlText w:val="%1)"/>
      <w:lvlJc w:val="left"/>
      <w:pPr>
        <w:tabs>
          <w:tab w:val="num" w:pos="720"/>
        </w:tabs>
        <w:ind w:left="720" w:hanging="360"/>
      </w:pPr>
      <w:rPr>
        <w:rFonts w:asciiTheme="minorHAnsi" w:eastAsiaTheme="minorEastAsia"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F529DD"/>
    <w:multiLevelType w:val="multilevel"/>
    <w:tmpl w:val="879E4EA6"/>
    <w:lvl w:ilvl="0">
      <w:start w:val="1"/>
      <w:numFmt w:val="lowerLetter"/>
      <w:lvlText w:val="%1)"/>
      <w:lvlJc w:val="left"/>
      <w:pPr>
        <w:tabs>
          <w:tab w:val="num" w:pos="643"/>
        </w:tabs>
        <w:ind w:left="643" w:hanging="360"/>
      </w:pPr>
      <w:rPr>
        <w:rFonts w:asciiTheme="minorHAnsi" w:eastAsiaTheme="minorEastAsia" w:hAnsiTheme="minorHAnsi" w:cstheme="minorBidi"/>
      </w:rPr>
    </w:lvl>
    <w:lvl w:ilvl="1">
      <w:start w:val="1"/>
      <w:numFmt w:val="bullet"/>
      <w:lvlText w:val="o"/>
      <w:lvlJc w:val="left"/>
      <w:pPr>
        <w:tabs>
          <w:tab w:val="num" w:pos="1363"/>
        </w:tabs>
        <w:ind w:left="1363" w:hanging="360"/>
      </w:pPr>
      <w:rPr>
        <w:rFonts w:ascii="Courier New" w:hAnsi="Courier New" w:hint="default"/>
        <w:sz w:val="20"/>
      </w:r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12" w15:restartNumberingAfterBreak="0">
    <w:nsid w:val="692C00C4"/>
    <w:multiLevelType w:val="multilevel"/>
    <w:tmpl w:val="5FE43076"/>
    <w:lvl w:ilvl="0">
      <w:start w:val="1"/>
      <w:numFmt w:val="lowerLetter"/>
      <w:lvlText w:val="%1)"/>
      <w:lvlJc w:val="left"/>
      <w:pPr>
        <w:tabs>
          <w:tab w:val="num" w:pos="720"/>
        </w:tabs>
        <w:ind w:left="720" w:hanging="360"/>
      </w:pPr>
      <w:rPr>
        <w:rFonts w:asciiTheme="minorHAnsi" w:eastAsiaTheme="minorEastAsia" w:hAnsiTheme="minorHAnsi" w:cstheme="minorBid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582FA7"/>
    <w:multiLevelType w:val="multilevel"/>
    <w:tmpl w:val="922E9ADE"/>
    <w:lvl w:ilvl="0">
      <w:start w:val="1"/>
      <w:numFmt w:val="lowerLetter"/>
      <w:lvlText w:val="%1)"/>
      <w:lvlJc w:val="left"/>
      <w:pPr>
        <w:tabs>
          <w:tab w:val="num" w:pos="720"/>
        </w:tabs>
        <w:ind w:left="720" w:hanging="360"/>
      </w:pPr>
      <w:rPr>
        <w:rFonts w:asciiTheme="minorHAnsi" w:eastAsiaTheme="minorEastAsia"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0D4D8C"/>
    <w:multiLevelType w:val="multilevel"/>
    <w:tmpl w:val="49ACBAC0"/>
    <w:lvl w:ilvl="0">
      <w:start w:val="1"/>
      <w:numFmt w:val="lowerLetter"/>
      <w:lvlText w:val="%1)"/>
      <w:lvlJc w:val="left"/>
      <w:pPr>
        <w:tabs>
          <w:tab w:val="num" w:pos="720"/>
        </w:tabs>
        <w:ind w:left="720" w:hanging="360"/>
      </w:pPr>
      <w:rPr>
        <w:rFonts w:asciiTheme="minorHAnsi" w:eastAsiaTheme="minorEastAsia"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3889509">
    <w:abstractNumId w:val="8"/>
  </w:num>
  <w:num w:numId="2" w16cid:durableId="1612669012">
    <w:abstractNumId w:val="6"/>
  </w:num>
  <w:num w:numId="3" w16cid:durableId="555745623">
    <w:abstractNumId w:val="5"/>
  </w:num>
  <w:num w:numId="4" w16cid:durableId="1216817966">
    <w:abstractNumId w:val="4"/>
  </w:num>
  <w:num w:numId="5" w16cid:durableId="658313454">
    <w:abstractNumId w:val="7"/>
  </w:num>
  <w:num w:numId="6" w16cid:durableId="534512259">
    <w:abstractNumId w:val="3"/>
  </w:num>
  <w:num w:numId="7" w16cid:durableId="916286246">
    <w:abstractNumId w:val="2"/>
  </w:num>
  <w:num w:numId="8" w16cid:durableId="654723333">
    <w:abstractNumId w:val="1"/>
  </w:num>
  <w:num w:numId="9" w16cid:durableId="487668606">
    <w:abstractNumId w:val="0"/>
  </w:num>
  <w:num w:numId="10" w16cid:durableId="1998800282">
    <w:abstractNumId w:val="10"/>
  </w:num>
  <w:num w:numId="11" w16cid:durableId="333844056">
    <w:abstractNumId w:val="11"/>
  </w:num>
  <w:num w:numId="12" w16cid:durableId="1530415224">
    <w:abstractNumId w:val="12"/>
  </w:num>
  <w:num w:numId="13" w16cid:durableId="183246362">
    <w:abstractNumId w:val="13"/>
  </w:num>
  <w:num w:numId="14" w16cid:durableId="1286156897">
    <w:abstractNumId w:val="9"/>
  </w:num>
  <w:num w:numId="15" w16cid:durableId="15057850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57E2"/>
    <w:rsid w:val="0029639D"/>
    <w:rsid w:val="002C2985"/>
    <w:rsid w:val="00326F90"/>
    <w:rsid w:val="00530CFF"/>
    <w:rsid w:val="005353A2"/>
    <w:rsid w:val="00550714"/>
    <w:rsid w:val="00567DD2"/>
    <w:rsid w:val="005A7FC3"/>
    <w:rsid w:val="006B72A6"/>
    <w:rsid w:val="0079037A"/>
    <w:rsid w:val="007B1148"/>
    <w:rsid w:val="00850C68"/>
    <w:rsid w:val="008E1C29"/>
    <w:rsid w:val="00936CC1"/>
    <w:rsid w:val="00963971"/>
    <w:rsid w:val="00AA1D8D"/>
    <w:rsid w:val="00B47730"/>
    <w:rsid w:val="00BC0C58"/>
    <w:rsid w:val="00CB0664"/>
    <w:rsid w:val="00D54A24"/>
    <w:rsid w:val="00E078C8"/>
    <w:rsid w:val="00E2436E"/>
    <w:rsid w:val="00E34F07"/>
    <w:rsid w:val="00E76036"/>
    <w:rsid w:val="00FC693F"/>
    <w:rsid w:val="00FC784F"/>
    <w:rsid w:val="00FF37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DAF974"/>
  <w14:defaultImageDpi w14:val="330"/>
  <w15:docId w15:val="{B2DB89E0-D655-4CEA-A106-F29501279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cze">
    <w:name w:val="Hyperlink"/>
    <w:basedOn w:val="Domylnaczcionkaakapitu"/>
    <w:uiPriority w:val="99"/>
    <w:unhideWhenUsed/>
    <w:rsid w:val="006B72A6"/>
    <w:rPr>
      <w:color w:val="0000FF" w:themeColor="hyperlink"/>
      <w:u w:val="single"/>
    </w:rPr>
  </w:style>
  <w:style w:type="character" w:styleId="Nierozpoznanawzmianka">
    <w:name w:val="Unresolved Mention"/>
    <w:basedOn w:val="Domylnaczcionkaakapitu"/>
    <w:uiPriority w:val="99"/>
    <w:semiHidden/>
    <w:unhideWhenUsed/>
    <w:rsid w:val="001E57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rygdy@vp.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pisy@mdk.rumia.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1296</Words>
  <Characters>7778</Characters>
  <Application>Microsoft Office Word</Application>
  <DocSecurity>0</DocSecurity>
  <Lines>64</Lines>
  <Paragraphs>18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Krzemińska Paulina</cp:lastModifiedBy>
  <cp:revision>12</cp:revision>
  <dcterms:created xsi:type="dcterms:W3CDTF">2013-12-23T23:15:00Z</dcterms:created>
  <dcterms:modified xsi:type="dcterms:W3CDTF">2026-07-07T12:18:00Z</dcterms:modified>
  <cp:category/>
</cp:coreProperties>
</file>